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9E6E68" w14:textId="77777777" w:rsidR="00675DA5" w:rsidRDefault="003847AD">
      <w:pPr>
        <w:jc w:val="center"/>
        <w:rPr>
          <w:lang w:eastAsia="zh-TW"/>
        </w:rPr>
      </w:pPr>
      <w:r>
        <w:rPr>
          <w:b/>
          <w:sz w:val="36"/>
          <w:lang w:eastAsia="zh-TW"/>
        </w:rPr>
        <w:t>臺北市立聯合醫院中興院區</w:t>
      </w:r>
    </w:p>
    <w:p w14:paraId="54FE6193" w14:textId="77777777" w:rsidR="00675DA5" w:rsidRDefault="003847AD">
      <w:pPr>
        <w:jc w:val="center"/>
        <w:rPr>
          <w:lang w:eastAsia="zh-TW"/>
        </w:rPr>
      </w:pPr>
      <w:proofErr w:type="gramStart"/>
      <w:r>
        <w:rPr>
          <w:b/>
          <w:sz w:val="34"/>
          <w:lang w:eastAsia="zh-TW"/>
        </w:rPr>
        <w:t>115</w:t>
      </w:r>
      <w:proofErr w:type="gramEnd"/>
      <w:r>
        <w:rPr>
          <w:b/>
          <w:sz w:val="34"/>
          <w:lang w:eastAsia="zh-TW"/>
        </w:rPr>
        <w:t>年度急救站整備及人員教育訓練計畫</w:t>
      </w:r>
    </w:p>
    <w:p w14:paraId="3DF21D6B" w14:textId="77777777" w:rsidR="00675DA5" w:rsidRDefault="003847AD">
      <w:pPr>
        <w:pStyle w:val="1"/>
        <w:rPr>
          <w:lang w:eastAsia="zh-TW"/>
        </w:rPr>
      </w:pPr>
      <w:r>
        <w:rPr>
          <w:lang w:eastAsia="zh-TW"/>
        </w:rPr>
        <w:t>一、教育訓練目的及預期效益</w:t>
      </w:r>
    </w:p>
    <w:p w14:paraId="0C5F639F" w14:textId="77777777" w:rsidR="00675DA5" w:rsidRDefault="003847AD">
      <w:pPr>
        <w:rPr>
          <w:lang w:eastAsia="zh-TW"/>
        </w:rPr>
      </w:pPr>
      <w:r>
        <w:rPr>
          <w:lang w:eastAsia="zh-TW"/>
        </w:rPr>
        <w:t>依據衛生福利部「115年急救站整備及人員訓練計畫」及臺北市政府衛生局115年7月14日北市衛</w:t>
      </w:r>
      <w:proofErr w:type="gramStart"/>
      <w:r>
        <w:rPr>
          <w:lang w:eastAsia="zh-TW"/>
        </w:rPr>
        <w:t>醫</w:t>
      </w:r>
      <w:proofErr w:type="gramEnd"/>
      <w:r>
        <w:rPr>
          <w:lang w:eastAsia="zh-TW"/>
        </w:rPr>
        <w:t>字第11531181852號函辦理。為強化本院區急救站及醫療團隊於大型災難、特殊事件、大量傷病患及醫療設施受損等情境下之緊急應變能力，本訓練以醫療韌性、替代醫療空間、大型災難醫療團隊運作、大量傷病患初期處置及特殊環境進階呼吸道處置為核心，透過專題講座、實務經驗分享、小組技能操作及情境模擬，</w:t>
      </w:r>
      <w:proofErr w:type="gramStart"/>
      <w:r>
        <w:rPr>
          <w:lang w:eastAsia="zh-TW"/>
        </w:rPr>
        <w:t>使參訓人員</w:t>
      </w:r>
      <w:proofErr w:type="gramEnd"/>
      <w:r>
        <w:rPr>
          <w:lang w:eastAsia="zh-TW"/>
        </w:rPr>
        <w:t>具備災害發生時可實際執行之應變與救命處置能力。</w:t>
      </w:r>
    </w:p>
    <w:p w14:paraId="427D84C2" w14:textId="77777777" w:rsidR="00675DA5" w:rsidRDefault="003847AD">
      <w:pPr>
        <w:pStyle w:val="a"/>
        <w:rPr>
          <w:lang w:eastAsia="zh-TW"/>
        </w:rPr>
      </w:pPr>
      <w:r>
        <w:rPr>
          <w:lang w:eastAsia="zh-TW"/>
        </w:rPr>
        <w:t>強化醫院及急救站災害醫療韌性，了解避難空間及地下替代醫療空間之建置與運作。</w:t>
      </w:r>
    </w:p>
    <w:p w14:paraId="645AD094" w14:textId="77777777" w:rsidR="00675DA5" w:rsidRDefault="003847AD">
      <w:pPr>
        <w:pStyle w:val="a"/>
        <w:rPr>
          <w:lang w:eastAsia="zh-TW"/>
        </w:rPr>
      </w:pPr>
      <w:r>
        <w:rPr>
          <w:lang w:eastAsia="zh-TW"/>
        </w:rPr>
        <w:t>強化大型災難、特殊事件及DMAT醫療團隊之組織、任務分工與跨單位協調能力。</w:t>
      </w:r>
    </w:p>
    <w:p w14:paraId="0B00B042" w14:textId="77777777" w:rsidR="00675DA5" w:rsidRDefault="003847AD">
      <w:pPr>
        <w:pStyle w:val="a"/>
        <w:rPr>
          <w:lang w:eastAsia="zh-TW"/>
        </w:rPr>
      </w:pPr>
      <w:r>
        <w:rPr>
          <w:lang w:eastAsia="zh-TW"/>
        </w:rPr>
        <w:t>導入MARCH評估及止血帶操作，提升大量傷病患快速評估、處置優先順序判斷及大量出血控制能力。</w:t>
      </w:r>
    </w:p>
    <w:p w14:paraId="34769C6F" w14:textId="77777777" w:rsidR="00675DA5" w:rsidRDefault="003847AD">
      <w:pPr>
        <w:pStyle w:val="a"/>
        <w:rPr>
          <w:lang w:eastAsia="zh-TW"/>
        </w:rPr>
      </w:pPr>
      <w:r>
        <w:rPr>
          <w:lang w:eastAsia="zh-TW"/>
        </w:rPr>
        <w:t>透過SALAD訓練，建立大量血液、嘔吐物或分泌物污染情境下之困難呼吸道處置策略。</w:t>
      </w:r>
    </w:p>
    <w:p w14:paraId="455C1A9A" w14:textId="77777777" w:rsidR="00675DA5" w:rsidRDefault="003847AD">
      <w:pPr>
        <w:pStyle w:val="a"/>
        <w:rPr>
          <w:lang w:eastAsia="zh-TW"/>
        </w:rPr>
      </w:pPr>
      <w:r>
        <w:rPr>
          <w:lang w:eastAsia="zh-TW"/>
        </w:rPr>
        <w:t>透過有限空間進階影像喉頭鏡及FONA訓練，提升特殊環境氣道處置及失敗呼吸道救援能力。</w:t>
      </w:r>
    </w:p>
    <w:p w14:paraId="79755C56" w14:textId="77777777" w:rsidR="00675DA5" w:rsidRDefault="003847AD">
      <w:pPr>
        <w:pStyle w:val="a"/>
        <w:rPr>
          <w:lang w:eastAsia="zh-TW"/>
        </w:rPr>
      </w:pPr>
      <w:r>
        <w:rPr>
          <w:lang w:eastAsia="zh-TW"/>
        </w:rPr>
        <w:t>培養院區及急救站災害醫療種子人力，作為未來急救站支援、災害演練及教育訓練之基礎。</w:t>
      </w:r>
    </w:p>
    <w:p w14:paraId="266439A4" w14:textId="77777777" w:rsidR="00675DA5" w:rsidRDefault="003847AD">
      <w:pPr>
        <w:pStyle w:val="1"/>
      </w:pPr>
      <w:proofErr w:type="spellStart"/>
      <w:r>
        <w:t>二、對象</w:t>
      </w:r>
      <w:proofErr w:type="spellEnd"/>
    </w:p>
    <w:p w14:paraId="6E041FB8" w14:textId="77777777" w:rsidR="00675DA5" w:rsidRDefault="003847AD">
      <w:pPr>
        <w:pStyle w:val="a"/>
        <w:rPr>
          <w:lang w:eastAsia="zh-TW"/>
        </w:rPr>
      </w:pPr>
      <w:r>
        <w:rPr>
          <w:lang w:eastAsia="zh-TW"/>
        </w:rPr>
        <w:t>急救站及救護站相關工作人員。</w:t>
      </w:r>
    </w:p>
    <w:p w14:paraId="2F41B933" w14:textId="77777777" w:rsidR="00675DA5" w:rsidRDefault="003847AD">
      <w:pPr>
        <w:pStyle w:val="a"/>
        <w:rPr>
          <w:lang w:eastAsia="zh-TW"/>
        </w:rPr>
      </w:pPr>
      <w:r>
        <w:rPr>
          <w:lang w:eastAsia="zh-TW"/>
        </w:rPr>
        <w:t>醫師、護理人員及專科護理師。</w:t>
      </w:r>
    </w:p>
    <w:p w14:paraId="076AADFA" w14:textId="77777777" w:rsidR="00675DA5" w:rsidRDefault="003847AD">
      <w:pPr>
        <w:pStyle w:val="a"/>
        <w:rPr>
          <w:lang w:eastAsia="zh-TW"/>
        </w:rPr>
      </w:pPr>
      <w:r>
        <w:rPr>
          <w:lang w:eastAsia="zh-TW"/>
        </w:rPr>
        <w:t>緊急醫療救護、災難醫療、DMAT及大量傷病患應變相關人員。</w:t>
      </w:r>
    </w:p>
    <w:p w14:paraId="22A0F822" w14:textId="77777777" w:rsidR="00675DA5" w:rsidRDefault="003847AD">
      <w:pPr>
        <w:pStyle w:val="a"/>
        <w:rPr>
          <w:lang w:eastAsia="zh-TW"/>
        </w:rPr>
      </w:pPr>
      <w:r>
        <w:rPr>
          <w:lang w:eastAsia="zh-TW"/>
        </w:rPr>
        <w:t>其他具有災害應變、急救站或救護站支援任務之醫療及相關工作人員。</w:t>
      </w:r>
    </w:p>
    <w:p w14:paraId="145BFF8E" w14:textId="77777777" w:rsidR="00675DA5" w:rsidRDefault="003847AD">
      <w:pPr>
        <w:pStyle w:val="1"/>
      </w:pPr>
      <w:proofErr w:type="spellStart"/>
      <w:r>
        <w:t>三、課程表</w:t>
      </w:r>
      <w:proofErr w:type="spellEnd"/>
    </w:p>
    <w:tbl>
      <w:tblPr>
        <w:tblStyle w:val="aff2"/>
        <w:tblW w:w="0" w:type="auto"/>
        <w:jc w:val="center"/>
        <w:tblLook w:val="04A0" w:firstRow="1" w:lastRow="0" w:firstColumn="1" w:lastColumn="0" w:noHBand="0" w:noVBand="1"/>
      </w:tblPr>
      <w:tblGrid>
        <w:gridCol w:w="3398"/>
        <w:gridCol w:w="3396"/>
        <w:gridCol w:w="3396"/>
      </w:tblGrid>
      <w:tr w:rsidR="00675DA5" w14:paraId="10FAE14F" w14:textId="77777777">
        <w:trPr>
          <w:jc w:val="center"/>
        </w:trPr>
        <w:tc>
          <w:tcPr>
            <w:tcW w:w="3400" w:type="dxa"/>
            <w:shd w:val="clear" w:color="auto" w:fill="D9EAF7"/>
            <w:vAlign w:val="center"/>
          </w:tcPr>
          <w:p w14:paraId="28679DD7" w14:textId="77777777" w:rsidR="00675DA5" w:rsidRDefault="003847AD">
            <w:pPr>
              <w:jc w:val="center"/>
            </w:pPr>
            <w:r>
              <w:rPr>
                <w:b/>
                <w:sz w:val="17"/>
              </w:rPr>
              <w:t>課程名稱</w:t>
            </w:r>
          </w:p>
        </w:tc>
        <w:tc>
          <w:tcPr>
            <w:tcW w:w="3400" w:type="dxa"/>
            <w:shd w:val="clear" w:color="auto" w:fill="D9EAF7"/>
            <w:vAlign w:val="center"/>
          </w:tcPr>
          <w:p w14:paraId="2A1EFDE0" w14:textId="77777777" w:rsidR="00675DA5" w:rsidRDefault="003847AD">
            <w:pPr>
              <w:jc w:val="center"/>
            </w:pPr>
            <w:r>
              <w:rPr>
                <w:b/>
                <w:sz w:val="17"/>
              </w:rPr>
              <w:t>預計辦理日期</w:t>
            </w:r>
          </w:p>
        </w:tc>
        <w:tc>
          <w:tcPr>
            <w:tcW w:w="3400" w:type="dxa"/>
            <w:shd w:val="clear" w:color="auto" w:fill="D9EAF7"/>
            <w:vAlign w:val="center"/>
          </w:tcPr>
          <w:p w14:paraId="01FE39C5" w14:textId="77777777" w:rsidR="00675DA5" w:rsidRDefault="003847AD">
            <w:pPr>
              <w:jc w:val="center"/>
            </w:pPr>
            <w:r>
              <w:rPr>
                <w:b/>
                <w:sz w:val="17"/>
              </w:rPr>
              <w:t>參訓人數</w:t>
            </w:r>
          </w:p>
        </w:tc>
      </w:tr>
      <w:tr w:rsidR="00675DA5" w14:paraId="19790A63" w14:textId="77777777">
        <w:trPr>
          <w:jc w:val="center"/>
        </w:trPr>
        <w:tc>
          <w:tcPr>
            <w:tcW w:w="3400" w:type="dxa"/>
            <w:vAlign w:val="center"/>
          </w:tcPr>
          <w:p w14:paraId="03A243A9" w14:textId="77777777" w:rsidR="00675DA5" w:rsidRDefault="003847AD">
            <w:pPr>
              <w:jc w:val="center"/>
            </w:pPr>
            <w:r>
              <w:rPr>
                <w:sz w:val="17"/>
              </w:rPr>
              <w:t>特殊環境進階呼吸道處置Workshop</w:t>
            </w:r>
          </w:p>
        </w:tc>
        <w:tc>
          <w:tcPr>
            <w:tcW w:w="3400" w:type="dxa"/>
            <w:vAlign w:val="center"/>
          </w:tcPr>
          <w:p w14:paraId="030A581B" w14:textId="41914FFB" w:rsidR="00675DA5" w:rsidRDefault="003847AD">
            <w:pPr>
              <w:jc w:val="center"/>
            </w:pPr>
            <w:r>
              <w:rPr>
                <w:sz w:val="17"/>
              </w:rPr>
              <w:t>115年9月</w:t>
            </w:r>
            <w:r w:rsidR="00307EA9">
              <w:rPr>
                <w:rFonts w:hint="eastAsia"/>
                <w:sz w:val="17"/>
                <w:lang w:eastAsia="zh-TW"/>
              </w:rPr>
              <w:t>15</w:t>
            </w:r>
          </w:p>
        </w:tc>
        <w:tc>
          <w:tcPr>
            <w:tcW w:w="3400" w:type="dxa"/>
            <w:vAlign w:val="center"/>
          </w:tcPr>
          <w:p w14:paraId="3EE2AFA4" w14:textId="77777777" w:rsidR="00675DA5" w:rsidRDefault="003847AD">
            <w:pPr>
              <w:jc w:val="center"/>
            </w:pPr>
            <w:r>
              <w:rPr>
                <w:sz w:val="17"/>
              </w:rPr>
              <w:t>上限12人</w:t>
            </w:r>
          </w:p>
        </w:tc>
      </w:tr>
      <w:tr w:rsidR="00675DA5" w14:paraId="4C3CC561" w14:textId="77777777">
        <w:trPr>
          <w:jc w:val="center"/>
        </w:trPr>
        <w:tc>
          <w:tcPr>
            <w:tcW w:w="3400" w:type="dxa"/>
            <w:vAlign w:val="center"/>
          </w:tcPr>
          <w:p w14:paraId="53904058" w14:textId="77777777" w:rsidR="00675DA5" w:rsidRDefault="003847AD">
            <w:pPr>
              <w:jc w:val="center"/>
              <w:rPr>
                <w:lang w:eastAsia="zh-TW"/>
              </w:rPr>
            </w:pPr>
            <w:r>
              <w:rPr>
                <w:sz w:val="17"/>
                <w:lang w:eastAsia="zh-TW"/>
              </w:rPr>
              <w:t>醫療韌性與災難醫療教育訓練</w:t>
            </w:r>
          </w:p>
        </w:tc>
        <w:tc>
          <w:tcPr>
            <w:tcW w:w="3400" w:type="dxa"/>
            <w:vAlign w:val="center"/>
          </w:tcPr>
          <w:p w14:paraId="60015BA4" w14:textId="77777777" w:rsidR="00675DA5" w:rsidRDefault="003847AD">
            <w:pPr>
              <w:jc w:val="center"/>
            </w:pPr>
            <w:r>
              <w:rPr>
                <w:sz w:val="17"/>
              </w:rPr>
              <w:t>115年11月</w:t>
            </w:r>
          </w:p>
        </w:tc>
        <w:tc>
          <w:tcPr>
            <w:tcW w:w="3400" w:type="dxa"/>
            <w:vAlign w:val="center"/>
          </w:tcPr>
          <w:p w14:paraId="2F257D18" w14:textId="77777777" w:rsidR="00675DA5" w:rsidRDefault="003847AD">
            <w:pPr>
              <w:jc w:val="center"/>
            </w:pPr>
            <w:r>
              <w:rPr>
                <w:sz w:val="17"/>
              </w:rPr>
              <w:t>上限40人</w:t>
            </w:r>
          </w:p>
        </w:tc>
      </w:tr>
      <w:tr w:rsidR="00675DA5" w14:paraId="51C11238" w14:textId="77777777">
        <w:trPr>
          <w:jc w:val="center"/>
        </w:trPr>
        <w:tc>
          <w:tcPr>
            <w:tcW w:w="3400" w:type="dxa"/>
            <w:vAlign w:val="center"/>
          </w:tcPr>
          <w:p w14:paraId="526CF4E7" w14:textId="77777777" w:rsidR="00675DA5" w:rsidRDefault="003847AD">
            <w:pPr>
              <w:jc w:val="center"/>
            </w:pPr>
            <w:r>
              <w:rPr>
                <w:sz w:val="17"/>
              </w:rPr>
              <w:t>大量傷病患及特殊環境救命處置Workshop</w:t>
            </w:r>
          </w:p>
        </w:tc>
        <w:tc>
          <w:tcPr>
            <w:tcW w:w="3400" w:type="dxa"/>
            <w:vAlign w:val="center"/>
          </w:tcPr>
          <w:p w14:paraId="38FC1384" w14:textId="77777777" w:rsidR="00675DA5" w:rsidRDefault="003847AD">
            <w:pPr>
              <w:jc w:val="center"/>
            </w:pPr>
            <w:r>
              <w:rPr>
                <w:sz w:val="17"/>
              </w:rPr>
              <w:t>115年11月</w:t>
            </w:r>
          </w:p>
        </w:tc>
        <w:tc>
          <w:tcPr>
            <w:tcW w:w="3400" w:type="dxa"/>
            <w:vAlign w:val="center"/>
          </w:tcPr>
          <w:p w14:paraId="39858160" w14:textId="77777777" w:rsidR="00675DA5" w:rsidRDefault="003847AD">
            <w:pPr>
              <w:jc w:val="center"/>
            </w:pPr>
            <w:r>
              <w:rPr>
                <w:sz w:val="17"/>
              </w:rPr>
              <w:t>上午上限14人；下午上限12人</w:t>
            </w:r>
          </w:p>
        </w:tc>
      </w:tr>
    </w:tbl>
    <w:p w14:paraId="45757B7E" w14:textId="77777777" w:rsidR="00675DA5" w:rsidRDefault="003847AD">
      <w:pPr>
        <w:pStyle w:val="21"/>
        <w:rPr>
          <w:lang w:eastAsia="zh-TW"/>
        </w:rPr>
      </w:pPr>
      <w:r>
        <w:rPr>
          <w:lang w:eastAsia="zh-TW"/>
        </w:rPr>
        <w:t>（一）</w:t>
      </w:r>
      <w:r>
        <w:rPr>
          <w:lang w:eastAsia="zh-TW"/>
        </w:rPr>
        <w:t>115</w:t>
      </w:r>
      <w:r>
        <w:rPr>
          <w:lang w:eastAsia="zh-TW"/>
        </w:rPr>
        <w:t>年</w:t>
      </w:r>
      <w:r>
        <w:rPr>
          <w:lang w:eastAsia="zh-TW"/>
        </w:rPr>
        <w:t>9</w:t>
      </w:r>
      <w:r>
        <w:rPr>
          <w:lang w:eastAsia="zh-TW"/>
        </w:rPr>
        <w:t>月：特殊環境進階呼吸道處置</w:t>
      </w:r>
      <w:r>
        <w:rPr>
          <w:lang w:eastAsia="zh-TW"/>
        </w:rPr>
        <w:t>Workshop</w:t>
      </w:r>
    </w:p>
    <w:p w14:paraId="470F5FF9" w14:textId="77777777" w:rsidR="00675DA5" w:rsidRDefault="003847AD">
      <w:r>
        <w:rPr>
          <w:lang w:eastAsia="zh-TW"/>
        </w:rPr>
        <w:t>師資配置：院內教官2名、助教2名。</w:t>
      </w:r>
      <w:proofErr w:type="spellStart"/>
      <w:r>
        <w:t>採小班制實作教學</w:t>
      </w:r>
      <w:proofErr w:type="spellEnd"/>
      <w:r>
        <w:t>。</w:t>
      </w:r>
    </w:p>
    <w:tbl>
      <w:tblPr>
        <w:tblStyle w:val="aff2"/>
        <w:tblW w:w="0" w:type="auto"/>
        <w:jc w:val="center"/>
        <w:tblLook w:val="04A0" w:firstRow="1" w:lastRow="0" w:firstColumn="1" w:lastColumn="0" w:noHBand="0" w:noVBand="1"/>
      </w:tblPr>
      <w:tblGrid>
        <w:gridCol w:w="1555"/>
        <w:gridCol w:w="2409"/>
        <w:gridCol w:w="2268"/>
        <w:gridCol w:w="2268"/>
        <w:gridCol w:w="1690"/>
      </w:tblGrid>
      <w:tr w:rsidR="0086584A" w14:paraId="23EF9762" w14:textId="77777777" w:rsidTr="006F021D">
        <w:trPr>
          <w:jc w:val="center"/>
        </w:trPr>
        <w:tc>
          <w:tcPr>
            <w:tcW w:w="1555" w:type="dxa"/>
            <w:shd w:val="clear" w:color="auto" w:fill="D9EAF7"/>
            <w:vAlign w:val="center"/>
          </w:tcPr>
          <w:p w14:paraId="33E1AD13" w14:textId="77777777" w:rsidR="0086584A" w:rsidRDefault="0086584A">
            <w:pPr>
              <w:jc w:val="center"/>
            </w:pPr>
            <w:proofErr w:type="spellStart"/>
            <w:r>
              <w:rPr>
                <w:b/>
                <w:sz w:val="17"/>
              </w:rPr>
              <w:t>時間</w:t>
            </w:r>
            <w:proofErr w:type="spellEnd"/>
          </w:p>
        </w:tc>
        <w:tc>
          <w:tcPr>
            <w:tcW w:w="4677" w:type="dxa"/>
            <w:gridSpan w:val="2"/>
            <w:shd w:val="clear" w:color="auto" w:fill="D9EAF7"/>
            <w:vAlign w:val="center"/>
          </w:tcPr>
          <w:p w14:paraId="77499B30" w14:textId="6ED791FC" w:rsidR="0086584A" w:rsidRDefault="0086584A">
            <w:pPr>
              <w:jc w:val="center"/>
              <w:rPr>
                <w:b/>
                <w:sz w:val="17"/>
              </w:rPr>
            </w:pPr>
            <w:proofErr w:type="spellStart"/>
            <w:r>
              <w:rPr>
                <w:b/>
                <w:sz w:val="17"/>
              </w:rPr>
              <w:t>課程主題</w:t>
            </w:r>
            <w:proofErr w:type="spellEnd"/>
          </w:p>
        </w:tc>
        <w:tc>
          <w:tcPr>
            <w:tcW w:w="2268" w:type="dxa"/>
            <w:vMerge w:val="restart"/>
            <w:shd w:val="clear" w:color="auto" w:fill="D9EAF7"/>
            <w:vAlign w:val="center"/>
          </w:tcPr>
          <w:p w14:paraId="2BD77BE0" w14:textId="66878015" w:rsidR="0086584A" w:rsidRDefault="0086584A">
            <w:pPr>
              <w:jc w:val="center"/>
            </w:pPr>
            <w:proofErr w:type="spellStart"/>
            <w:r>
              <w:rPr>
                <w:b/>
                <w:sz w:val="17"/>
              </w:rPr>
              <w:t>課前準備／備註</w:t>
            </w:r>
            <w:proofErr w:type="spellEnd"/>
          </w:p>
        </w:tc>
        <w:tc>
          <w:tcPr>
            <w:tcW w:w="1690" w:type="dxa"/>
            <w:vMerge w:val="restart"/>
            <w:shd w:val="clear" w:color="auto" w:fill="D9EAF7"/>
            <w:vAlign w:val="center"/>
          </w:tcPr>
          <w:p w14:paraId="04B80DA1" w14:textId="77777777" w:rsidR="0086584A" w:rsidRDefault="0086584A">
            <w:pPr>
              <w:jc w:val="center"/>
            </w:pPr>
            <w:r>
              <w:rPr>
                <w:b/>
                <w:sz w:val="17"/>
              </w:rPr>
              <w:t>講師／主持</w:t>
            </w:r>
          </w:p>
        </w:tc>
      </w:tr>
      <w:tr w:rsidR="0086584A" w14:paraId="2602A1BA" w14:textId="77777777" w:rsidTr="00C761D7">
        <w:trPr>
          <w:jc w:val="center"/>
        </w:trPr>
        <w:tc>
          <w:tcPr>
            <w:tcW w:w="1555" w:type="dxa"/>
            <w:shd w:val="clear" w:color="auto" w:fill="D9EAF7"/>
            <w:vAlign w:val="center"/>
          </w:tcPr>
          <w:p w14:paraId="24CC20A5" w14:textId="0824564C" w:rsidR="0086584A" w:rsidRDefault="0086584A" w:rsidP="0086584A">
            <w:pPr>
              <w:jc w:val="center"/>
              <w:rPr>
                <w:b/>
                <w:sz w:val="17"/>
              </w:rPr>
            </w:pPr>
            <w:r>
              <w:rPr>
                <w:rFonts w:hint="eastAsia"/>
                <w:b/>
                <w:sz w:val="17"/>
                <w:lang w:eastAsia="zh-TW"/>
              </w:rPr>
              <w:lastRenderedPageBreak/>
              <w:t>組別</w:t>
            </w:r>
          </w:p>
        </w:tc>
        <w:tc>
          <w:tcPr>
            <w:tcW w:w="2409" w:type="dxa"/>
            <w:shd w:val="clear" w:color="auto" w:fill="D9EAF7"/>
            <w:vAlign w:val="center"/>
          </w:tcPr>
          <w:p w14:paraId="460D12D0" w14:textId="3ADD6A55" w:rsidR="0086584A" w:rsidRDefault="0086584A" w:rsidP="0086584A">
            <w:pPr>
              <w:jc w:val="center"/>
              <w:rPr>
                <w:b/>
                <w:sz w:val="17"/>
              </w:rPr>
            </w:pPr>
            <w:proofErr w:type="spellStart"/>
            <w:r>
              <w:rPr>
                <w:rFonts w:ascii="Segoe UI" w:hAnsi="Segoe UI" w:cs="Segoe UI"/>
                <w:b/>
                <w:bCs/>
                <w:color w:val="0D0D0D"/>
              </w:rPr>
              <w:t>A</w:t>
            </w:r>
            <w:r>
              <w:rPr>
                <w:rFonts w:cs="Segoe UI" w:hint="eastAsia"/>
                <w:b/>
                <w:bCs/>
                <w:color w:val="0D0D0D"/>
              </w:rPr>
              <w:t>組</w:t>
            </w:r>
            <w:proofErr w:type="spellEnd"/>
          </w:p>
        </w:tc>
        <w:tc>
          <w:tcPr>
            <w:tcW w:w="2268" w:type="dxa"/>
            <w:shd w:val="clear" w:color="auto" w:fill="D9EAF7"/>
            <w:vAlign w:val="center"/>
          </w:tcPr>
          <w:p w14:paraId="15F245A4" w14:textId="5B4516D8" w:rsidR="0086584A" w:rsidRDefault="0086584A" w:rsidP="0086584A">
            <w:pPr>
              <w:jc w:val="center"/>
              <w:rPr>
                <w:b/>
                <w:sz w:val="17"/>
              </w:rPr>
            </w:pPr>
            <w:proofErr w:type="spellStart"/>
            <w:r>
              <w:rPr>
                <w:rFonts w:ascii="Segoe UI" w:hAnsi="Segoe UI" w:cs="Segoe UI"/>
                <w:b/>
                <w:bCs/>
                <w:color w:val="0D0D0D"/>
              </w:rPr>
              <w:t>B</w:t>
            </w:r>
            <w:r>
              <w:rPr>
                <w:rFonts w:ascii="Segoe UI" w:hAnsi="Segoe UI" w:cs="Segoe UI"/>
                <w:b/>
                <w:bCs/>
                <w:color w:val="0D0D0D"/>
              </w:rPr>
              <w:t>組</w:t>
            </w:r>
            <w:proofErr w:type="spellEnd"/>
          </w:p>
        </w:tc>
        <w:tc>
          <w:tcPr>
            <w:tcW w:w="2268" w:type="dxa"/>
            <w:vMerge/>
            <w:shd w:val="clear" w:color="auto" w:fill="D9EAF7"/>
            <w:vAlign w:val="center"/>
          </w:tcPr>
          <w:p w14:paraId="7E97A13B" w14:textId="5DD3806A" w:rsidR="0086584A" w:rsidRDefault="0086584A" w:rsidP="0086584A">
            <w:pPr>
              <w:jc w:val="center"/>
              <w:rPr>
                <w:b/>
                <w:sz w:val="17"/>
              </w:rPr>
            </w:pPr>
          </w:p>
        </w:tc>
        <w:tc>
          <w:tcPr>
            <w:tcW w:w="1690" w:type="dxa"/>
            <w:vMerge/>
            <w:shd w:val="clear" w:color="auto" w:fill="D9EAF7"/>
            <w:vAlign w:val="center"/>
          </w:tcPr>
          <w:p w14:paraId="1A115550" w14:textId="77777777" w:rsidR="0086584A" w:rsidRDefault="0086584A" w:rsidP="0086584A">
            <w:pPr>
              <w:jc w:val="center"/>
              <w:rPr>
                <w:b/>
                <w:sz w:val="17"/>
              </w:rPr>
            </w:pPr>
          </w:p>
        </w:tc>
      </w:tr>
      <w:tr w:rsidR="0086584A" w14:paraId="640F2DAA" w14:textId="77777777" w:rsidTr="005223C2">
        <w:trPr>
          <w:jc w:val="center"/>
        </w:trPr>
        <w:tc>
          <w:tcPr>
            <w:tcW w:w="1555" w:type="dxa"/>
            <w:vMerge w:val="restart"/>
            <w:vAlign w:val="center"/>
          </w:tcPr>
          <w:p w14:paraId="398F3F6D" w14:textId="5F915E91" w:rsidR="0086584A" w:rsidRPr="00620B1E" w:rsidRDefault="0086584A" w:rsidP="0086584A">
            <w:pPr>
              <w:jc w:val="center"/>
            </w:pPr>
            <w:r w:rsidRPr="00620B1E">
              <w:rPr>
                <w:sz w:val="17"/>
              </w:rPr>
              <w:t>1</w:t>
            </w:r>
            <w:r w:rsidRPr="00620B1E">
              <w:rPr>
                <w:rFonts w:hint="eastAsia"/>
                <w:sz w:val="17"/>
                <w:lang w:eastAsia="zh-TW"/>
              </w:rPr>
              <w:t>0</w:t>
            </w:r>
            <w:r w:rsidRPr="00620B1E">
              <w:rPr>
                <w:sz w:val="17"/>
              </w:rPr>
              <w:t>:</w:t>
            </w:r>
            <w:r w:rsidRPr="00620B1E">
              <w:rPr>
                <w:rFonts w:hint="eastAsia"/>
                <w:sz w:val="17"/>
                <w:lang w:eastAsia="zh-TW"/>
              </w:rPr>
              <w:t>0</w:t>
            </w:r>
            <w:r w:rsidRPr="00620B1E">
              <w:rPr>
                <w:sz w:val="17"/>
              </w:rPr>
              <w:t>0–12:00</w:t>
            </w:r>
          </w:p>
        </w:tc>
        <w:tc>
          <w:tcPr>
            <w:tcW w:w="2409" w:type="dxa"/>
            <w:vAlign w:val="center"/>
          </w:tcPr>
          <w:p w14:paraId="4781149C" w14:textId="048A3FC1" w:rsidR="0086584A" w:rsidRPr="00620B1E" w:rsidRDefault="0086584A" w:rsidP="0086584A">
            <w:pPr>
              <w:jc w:val="center"/>
              <w:rPr>
                <w:lang w:eastAsia="zh-TW"/>
              </w:rPr>
            </w:pPr>
            <w:r w:rsidRPr="00620B1E">
              <w:rPr>
                <w:sz w:val="17"/>
                <w:lang w:eastAsia="zh-TW"/>
              </w:rPr>
              <w:t>SALAD大量血液／分泌物污染呼吸道處置</w:t>
            </w:r>
            <w:r w:rsidRPr="00620B1E">
              <w:rPr>
                <w:rFonts w:hint="eastAsia"/>
                <w:sz w:val="17"/>
                <w:lang w:eastAsia="zh-TW"/>
              </w:rPr>
              <w:t xml:space="preserve"> </w:t>
            </w:r>
          </w:p>
        </w:tc>
        <w:tc>
          <w:tcPr>
            <w:tcW w:w="2268" w:type="dxa"/>
            <w:vAlign w:val="center"/>
          </w:tcPr>
          <w:p w14:paraId="1515EE33" w14:textId="7C79FF6A" w:rsidR="0086584A" w:rsidRPr="00620B1E" w:rsidRDefault="0086584A" w:rsidP="0086584A">
            <w:pPr>
              <w:jc w:val="center"/>
              <w:rPr>
                <w:sz w:val="17"/>
                <w:lang w:eastAsia="zh-TW"/>
              </w:rPr>
            </w:pPr>
            <w:r w:rsidRPr="0086584A">
              <w:rPr>
                <w:sz w:val="17"/>
                <w:lang w:eastAsia="zh-TW"/>
              </w:rPr>
              <w:t>有限空間進階後喉頭鏡操作</w:t>
            </w:r>
          </w:p>
        </w:tc>
        <w:tc>
          <w:tcPr>
            <w:tcW w:w="2268" w:type="dxa"/>
            <w:vAlign w:val="center"/>
          </w:tcPr>
          <w:p w14:paraId="3E00809C" w14:textId="0A6663F9" w:rsidR="0086584A" w:rsidRPr="00620B1E" w:rsidRDefault="0086584A" w:rsidP="0086584A">
            <w:pPr>
              <w:jc w:val="center"/>
              <w:rPr>
                <w:lang w:eastAsia="zh-TW"/>
              </w:rPr>
            </w:pPr>
            <w:r w:rsidRPr="00620B1E">
              <w:rPr>
                <w:sz w:val="17"/>
                <w:lang w:eastAsia="zh-TW"/>
              </w:rPr>
              <w:t>困難呼吸道模型、抽吸設備、影像喉頭鏡</w:t>
            </w:r>
          </w:p>
        </w:tc>
        <w:tc>
          <w:tcPr>
            <w:tcW w:w="1690" w:type="dxa"/>
            <w:vAlign w:val="center"/>
          </w:tcPr>
          <w:p w14:paraId="3452B5A4" w14:textId="77777777" w:rsidR="0086584A" w:rsidRDefault="0086584A" w:rsidP="0086584A">
            <w:pPr>
              <w:jc w:val="center"/>
            </w:pPr>
            <w:proofErr w:type="spellStart"/>
            <w:r>
              <w:rPr>
                <w:sz w:val="17"/>
              </w:rPr>
              <w:t>院內教官／助教</w:t>
            </w:r>
            <w:proofErr w:type="spellEnd"/>
          </w:p>
        </w:tc>
      </w:tr>
      <w:tr w:rsidR="0086584A" w14:paraId="093BE501" w14:textId="77777777" w:rsidTr="005223C2">
        <w:trPr>
          <w:jc w:val="center"/>
        </w:trPr>
        <w:tc>
          <w:tcPr>
            <w:tcW w:w="1555" w:type="dxa"/>
            <w:vMerge/>
            <w:vAlign w:val="center"/>
          </w:tcPr>
          <w:p w14:paraId="3557D1D6" w14:textId="3E3F76DE" w:rsidR="0086584A" w:rsidRPr="00620B1E" w:rsidRDefault="0086584A" w:rsidP="0086584A">
            <w:pPr>
              <w:jc w:val="center"/>
            </w:pPr>
          </w:p>
        </w:tc>
        <w:tc>
          <w:tcPr>
            <w:tcW w:w="2409" w:type="dxa"/>
            <w:vAlign w:val="center"/>
          </w:tcPr>
          <w:p w14:paraId="0519DAFC" w14:textId="46BC7613" w:rsidR="0086584A" w:rsidRPr="00620B1E" w:rsidRDefault="0086584A" w:rsidP="0086584A">
            <w:pPr>
              <w:jc w:val="center"/>
              <w:rPr>
                <w:lang w:eastAsia="zh-TW"/>
              </w:rPr>
            </w:pPr>
            <w:r w:rsidRPr="00620B1E">
              <w:rPr>
                <w:sz w:val="17"/>
                <w:lang w:eastAsia="zh-TW"/>
              </w:rPr>
              <w:t>有限空間進階影像喉頭鏡操作</w:t>
            </w:r>
          </w:p>
        </w:tc>
        <w:tc>
          <w:tcPr>
            <w:tcW w:w="2268" w:type="dxa"/>
            <w:vAlign w:val="center"/>
          </w:tcPr>
          <w:p w14:paraId="46E7B41D" w14:textId="6F487FF0" w:rsidR="0086584A" w:rsidRPr="00620B1E" w:rsidRDefault="0086584A" w:rsidP="0086584A">
            <w:pPr>
              <w:jc w:val="center"/>
              <w:rPr>
                <w:sz w:val="17"/>
                <w:lang w:eastAsia="zh-TW"/>
              </w:rPr>
            </w:pPr>
            <w:r w:rsidRPr="0086584A">
              <w:rPr>
                <w:sz w:val="17"/>
                <w:lang w:eastAsia="zh-TW"/>
              </w:rPr>
              <w:t>FONA 外科手術呼吸道建立</w:t>
            </w:r>
          </w:p>
        </w:tc>
        <w:tc>
          <w:tcPr>
            <w:tcW w:w="2268" w:type="dxa"/>
            <w:vAlign w:val="center"/>
          </w:tcPr>
          <w:p w14:paraId="4BF299A9" w14:textId="055FCA7C" w:rsidR="0086584A" w:rsidRPr="00620B1E" w:rsidRDefault="0086584A" w:rsidP="0086584A">
            <w:pPr>
              <w:jc w:val="center"/>
              <w:rPr>
                <w:lang w:eastAsia="zh-TW"/>
              </w:rPr>
            </w:pPr>
            <w:r w:rsidRPr="00620B1E">
              <w:rPr>
                <w:sz w:val="17"/>
                <w:lang w:eastAsia="zh-TW"/>
              </w:rPr>
              <w:t>模擬有限空間及</w:t>
            </w:r>
            <w:proofErr w:type="gramStart"/>
            <w:r w:rsidRPr="00620B1E">
              <w:rPr>
                <w:sz w:val="17"/>
                <w:lang w:eastAsia="zh-TW"/>
              </w:rPr>
              <w:t>非標準插管姿勢</w:t>
            </w:r>
            <w:proofErr w:type="gramEnd"/>
          </w:p>
        </w:tc>
        <w:tc>
          <w:tcPr>
            <w:tcW w:w="1690" w:type="dxa"/>
            <w:vAlign w:val="center"/>
          </w:tcPr>
          <w:p w14:paraId="34FDD75D" w14:textId="77777777" w:rsidR="0086584A" w:rsidRDefault="0086584A" w:rsidP="0086584A">
            <w:pPr>
              <w:jc w:val="center"/>
            </w:pPr>
            <w:proofErr w:type="spellStart"/>
            <w:r>
              <w:rPr>
                <w:sz w:val="17"/>
              </w:rPr>
              <w:t>院內教官／助教</w:t>
            </w:r>
            <w:proofErr w:type="spellEnd"/>
          </w:p>
        </w:tc>
      </w:tr>
      <w:tr w:rsidR="0086584A" w14:paraId="54736BA9" w14:textId="77777777" w:rsidTr="005223C2">
        <w:trPr>
          <w:jc w:val="center"/>
        </w:trPr>
        <w:tc>
          <w:tcPr>
            <w:tcW w:w="1555" w:type="dxa"/>
            <w:vMerge/>
            <w:vAlign w:val="center"/>
          </w:tcPr>
          <w:p w14:paraId="59CCFF26" w14:textId="16C4F683" w:rsidR="0086584A" w:rsidRPr="00620B1E" w:rsidRDefault="0086584A" w:rsidP="0086584A">
            <w:pPr>
              <w:jc w:val="center"/>
            </w:pPr>
          </w:p>
        </w:tc>
        <w:tc>
          <w:tcPr>
            <w:tcW w:w="2409" w:type="dxa"/>
            <w:vAlign w:val="center"/>
          </w:tcPr>
          <w:p w14:paraId="28653FF4" w14:textId="7DFA7CB0" w:rsidR="0086584A" w:rsidRPr="0086584A" w:rsidRDefault="0086584A" w:rsidP="0086584A">
            <w:pPr>
              <w:jc w:val="center"/>
              <w:rPr>
                <w:sz w:val="17"/>
                <w:lang w:eastAsia="zh-TW"/>
              </w:rPr>
            </w:pPr>
            <w:r w:rsidRPr="00620B1E">
              <w:rPr>
                <w:sz w:val="17"/>
                <w:lang w:eastAsia="zh-TW"/>
              </w:rPr>
              <w:t>FONA外科手術呼吸道建立</w:t>
            </w:r>
            <w:r w:rsidRPr="00620B1E">
              <w:rPr>
                <w:rFonts w:hint="eastAsia"/>
                <w:sz w:val="17"/>
                <w:lang w:eastAsia="zh-TW"/>
              </w:rPr>
              <w:t xml:space="preserve"> </w:t>
            </w:r>
          </w:p>
        </w:tc>
        <w:tc>
          <w:tcPr>
            <w:tcW w:w="2268" w:type="dxa"/>
            <w:vAlign w:val="center"/>
          </w:tcPr>
          <w:p w14:paraId="05CD5018" w14:textId="4B6112E6" w:rsidR="0086584A" w:rsidRPr="00620B1E" w:rsidRDefault="0086584A" w:rsidP="0086584A">
            <w:pPr>
              <w:jc w:val="center"/>
              <w:rPr>
                <w:sz w:val="17"/>
                <w:lang w:eastAsia="zh-TW"/>
              </w:rPr>
            </w:pPr>
            <w:r w:rsidRPr="0086584A">
              <w:rPr>
                <w:sz w:val="17"/>
                <w:lang w:eastAsia="zh-TW"/>
              </w:rPr>
              <w:t>SALAD 大量血液／分泌物污染呼吸道處置</w:t>
            </w:r>
          </w:p>
        </w:tc>
        <w:tc>
          <w:tcPr>
            <w:tcW w:w="2268" w:type="dxa"/>
            <w:vAlign w:val="center"/>
          </w:tcPr>
          <w:p w14:paraId="4F5343BD" w14:textId="41F597CC" w:rsidR="0086584A" w:rsidRPr="00620B1E" w:rsidRDefault="0086584A" w:rsidP="0086584A">
            <w:pPr>
              <w:jc w:val="center"/>
              <w:rPr>
                <w:lang w:eastAsia="zh-TW"/>
              </w:rPr>
            </w:pPr>
            <w:r w:rsidRPr="00620B1E">
              <w:rPr>
                <w:sz w:val="17"/>
                <w:lang w:eastAsia="zh-TW"/>
              </w:rPr>
              <w:t>FONA訓練模型及相關器材</w:t>
            </w:r>
          </w:p>
        </w:tc>
        <w:tc>
          <w:tcPr>
            <w:tcW w:w="1690" w:type="dxa"/>
            <w:vAlign w:val="center"/>
          </w:tcPr>
          <w:p w14:paraId="485A8A2B" w14:textId="77777777" w:rsidR="0086584A" w:rsidRDefault="0086584A" w:rsidP="0086584A">
            <w:pPr>
              <w:jc w:val="center"/>
            </w:pPr>
            <w:proofErr w:type="spellStart"/>
            <w:r>
              <w:rPr>
                <w:sz w:val="17"/>
              </w:rPr>
              <w:t>院內教官／助教</w:t>
            </w:r>
            <w:proofErr w:type="spellEnd"/>
          </w:p>
        </w:tc>
      </w:tr>
      <w:tr w:rsidR="006F021D" w14:paraId="5181F741" w14:textId="77777777" w:rsidTr="006F021D">
        <w:trPr>
          <w:jc w:val="center"/>
        </w:trPr>
        <w:tc>
          <w:tcPr>
            <w:tcW w:w="1555" w:type="dxa"/>
            <w:vAlign w:val="center"/>
          </w:tcPr>
          <w:p w14:paraId="6AF61CA4" w14:textId="77777777" w:rsidR="006F021D" w:rsidRDefault="006F021D">
            <w:pPr>
              <w:jc w:val="center"/>
            </w:pPr>
            <w:r>
              <w:rPr>
                <w:sz w:val="17"/>
              </w:rPr>
              <w:t>12:00–12:30</w:t>
            </w:r>
          </w:p>
        </w:tc>
        <w:tc>
          <w:tcPr>
            <w:tcW w:w="2409" w:type="dxa"/>
            <w:vAlign w:val="center"/>
          </w:tcPr>
          <w:p w14:paraId="7EB5AF25" w14:textId="77777777" w:rsidR="006F021D" w:rsidRDefault="006F021D">
            <w:pPr>
              <w:jc w:val="center"/>
              <w:rPr>
                <w:lang w:eastAsia="zh-TW"/>
              </w:rPr>
            </w:pPr>
            <w:r>
              <w:rPr>
                <w:sz w:val="17"/>
                <w:lang w:eastAsia="zh-TW"/>
              </w:rPr>
              <w:t>綜合交流、Q&amp;A及用餐</w:t>
            </w:r>
          </w:p>
        </w:tc>
        <w:tc>
          <w:tcPr>
            <w:tcW w:w="2268" w:type="dxa"/>
          </w:tcPr>
          <w:p w14:paraId="2D3E1F54" w14:textId="1A01653C" w:rsidR="006F021D" w:rsidRDefault="0086584A">
            <w:pPr>
              <w:jc w:val="center"/>
              <w:rPr>
                <w:sz w:val="17"/>
                <w:lang w:eastAsia="zh-TW"/>
              </w:rPr>
            </w:pPr>
            <w:r>
              <w:rPr>
                <w:sz w:val="17"/>
                <w:lang w:eastAsia="zh-TW"/>
              </w:rPr>
              <w:t>綜合交流、Q&amp;A及用餐</w:t>
            </w:r>
          </w:p>
        </w:tc>
        <w:tc>
          <w:tcPr>
            <w:tcW w:w="2268" w:type="dxa"/>
            <w:vAlign w:val="center"/>
          </w:tcPr>
          <w:p w14:paraId="1B0D0A1E" w14:textId="30865A2C" w:rsidR="006F021D" w:rsidRDefault="006F021D">
            <w:pPr>
              <w:jc w:val="center"/>
            </w:pPr>
            <w:proofErr w:type="spellStart"/>
            <w:r>
              <w:rPr>
                <w:sz w:val="17"/>
              </w:rPr>
              <w:t>技術回饋與綜合討論</w:t>
            </w:r>
            <w:proofErr w:type="spellEnd"/>
          </w:p>
        </w:tc>
        <w:tc>
          <w:tcPr>
            <w:tcW w:w="1690" w:type="dxa"/>
            <w:vAlign w:val="center"/>
          </w:tcPr>
          <w:p w14:paraId="5E49D51F" w14:textId="77777777" w:rsidR="006F021D" w:rsidRDefault="006F021D">
            <w:pPr>
              <w:jc w:val="center"/>
            </w:pPr>
            <w:r>
              <w:rPr>
                <w:sz w:val="17"/>
              </w:rPr>
              <w:t>教官／助教群</w:t>
            </w:r>
          </w:p>
        </w:tc>
      </w:tr>
    </w:tbl>
    <w:p w14:paraId="07A48382" w14:textId="77777777" w:rsidR="00675DA5" w:rsidRDefault="003847AD">
      <w:pPr>
        <w:pStyle w:val="21"/>
        <w:rPr>
          <w:lang w:eastAsia="zh-TW"/>
        </w:rPr>
      </w:pPr>
      <w:r>
        <w:rPr>
          <w:lang w:eastAsia="zh-TW"/>
        </w:rPr>
        <w:t>（二）</w:t>
      </w:r>
      <w:r>
        <w:rPr>
          <w:lang w:eastAsia="zh-TW"/>
        </w:rPr>
        <w:t>115</w:t>
      </w:r>
      <w:r>
        <w:rPr>
          <w:lang w:eastAsia="zh-TW"/>
        </w:rPr>
        <w:t>年</w:t>
      </w:r>
      <w:r>
        <w:rPr>
          <w:lang w:eastAsia="zh-TW"/>
        </w:rPr>
        <w:t>11</w:t>
      </w:r>
      <w:r>
        <w:rPr>
          <w:lang w:eastAsia="zh-TW"/>
        </w:rPr>
        <w:t>月：醫療韌性與災難醫療教育訓練</w:t>
      </w:r>
    </w:p>
    <w:p w14:paraId="4D55BAC4" w14:textId="77777777" w:rsidR="00675DA5" w:rsidRDefault="003847AD">
      <w:pPr>
        <w:rPr>
          <w:lang w:eastAsia="zh-TW"/>
        </w:rPr>
      </w:pPr>
      <w:r>
        <w:rPr>
          <w:lang w:eastAsia="zh-TW"/>
        </w:rPr>
        <w:t>地點：臺北市立聯合醫院中興院區，臺北市大同區鄭州路145號6樓第四會議室。</w:t>
      </w:r>
      <w:proofErr w:type="gramStart"/>
      <w:r>
        <w:rPr>
          <w:lang w:eastAsia="zh-TW"/>
        </w:rPr>
        <w:t>參訓人員</w:t>
      </w:r>
      <w:proofErr w:type="gramEnd"/>
      <w:r>
        <w:rPr>
          <w:lang w:eastAsia="zh-TW"/>
        </w:rPr>
        <w:t>分A、B兩組輪替訓練，另配置助教3名。</w:t>
      </w:r>
    </w:p>
    <w:p w14:paraId="6CEAC5EF" w14:textId="77777777" w:rsidR="00675DA5" w:rsidRDefault="003847AD">
      <w:pPr>
        <w:rPr>
          <w:lang w:eastAsia="zh-TW"/>
        </w:rPr>
      </w:pPr>
      <w:r>
        <w:rPr>
          <w:lang w:eastAsia="zh-TW"/>
        </w:rPr>
        <w:t>A組講師：翁健瑞（院外講師）</w:t>
      </w:r>
    </w:p>
    <w:p w14:paraId="05B86374" w14:textId="77777777" w:rsidR="00675DA5" w:rsidRDefault="003847AD">
      <w:pPr>
        <w:rPr>
          <w:lang w:eastAsia="zh-TW"/>
        </w:rPr>
      </w:pPr>
      <w:r>
        <w:rPr>
          <w:lang w:eastAsia="zh-TW"/>
        </w:rPr>
        <w:t>講題：醫療韌性與替代醫療空間之建置及演練</w:t>
      </w:r>
      <w:proofErr w:type="gramStart"/>
      <w:r>
        <w:rPr>
          <w:lang w:eastAsia="zh-TW"/>
        </w:rPr>
        <w:t>——</w:t>
      </w:r>
      <w:proofErr w:type="gramEnd"/>
      <w:r>
        <w:rPr>
          <w:lang w:eastAsia="zh-TW"/>
        </w:rPr>
        <w:t>以雙和醫院經驗為例（暫定）</w:t>
      </w:r>
    </w:p>
    <w:p w14:paraId="0DCC15E9" w14:textId="77777777" w:rsidR="00675DA5" w:rsidRDefault="003847AD">
      <w:pPr>
        <w:rPr>
          <w:lang w:eastAsia="zh-TW"/>
        </w:rPr>
      </w:pPr>
      <w:r>
        <w:rPr>
          <w:lang w:eastAsia="zh-TW"/>
        </w:rPr>
        <w:t>內容包括避難空間規劃及演練、地下替代醫療空間架設、人員設備與傷患動線、醫療設施受損情境下之持續營運及雙和醫院實務經驗分享。</w:t>
      </w:r>
    </w:p>
    <w:p w14:paraId="69714B08" w14:textId="77777777" w:rsidR="00675DA5" w:rsidRDefault="003847AD">
      <w:pPr>
        <w:rPr>
          <w:lang w:eastAsia="zh-TW"/>
        </w:rPr>
      </w:pPr>
      <w:r>
        <w:rPr>
          <w:lang w:eastAsia="zh-TW"/>
        </w:rPr>
        <w:t>B組講師：梁雅欽（院內講師）</w:t>
      </w:r>
    </w:p>
    <w:p w14:paraId="3A58655F" w14:textId="77777777" w:rsidR="00675DA5" w:rsidRDefault="003847AD">
      <w:pPr>
        <w:rPr>
          <w:lang w:eastAsia="zh-TW"/>
        </w:rPr>
      </w:pPr>
      <w:r>
        <w:rPr>
          <w:lang w:eastAsia="zh-TW"/>
        </w:rPr>
        <w:t>講題：大型災難與特殊事件醫療團隊應變及DMAT實務</w:t>
      </w:r>
    </w:p>
    <w:p w14:paraId="6C35C3D4" w14:textId="77777777" w:rsidR="00675DA5" w:rsidRDefault="003847AD">
      <w:pPr>
        <w:rPr>
          <w:lang w:eastAsia="zh-TW"/>
        </w:rPr>
      </w:pPr>
      <w:r>
        <w:rPr>
          <w:lang w:eastAsia="zh-TW"/>
        </w:rPr>
        <w:t>內容包括大型災難或特殊事件醫療應變、大量傷病患照護、災難現場醫療團隊組織與分工、急救站／救護站醫療團隊運作、DMAT任務及災害醫療支援實務。</w:t>
      </w:r>
    </w:p>
    <w:tbl>
      <w:tblPr>
        <w:tblStyle w:val="aff2"/>
        <w:tblW w:w="0" w:type="auto"/>
        <w:jc w:val="center"/>
        <w:tblLook w:val="04A0" w:firstRow="1" w:lastRow="0" w:firstColumn="1" w:lastColumn="0" w:noHBand="0" w:noVBand="1"/>
      </w:tblPr>
      <w:tblGrid>
        <w:gridCol w:w="2547"/>
        <w:gridCol w:w="2548"/>
        <w:gridCol w:w="2548"/>
        <w:gridCol w:w="2547"/>
      </w:tblGrid>
      <w:tr w:rsidR="00675DA5" w14:paraId="1B3DA2ED" w14:textId="77777777">
        <w:trPr>
          <w:jc w:val="center"/>
        </w:trPr>
        <w:tc>
          <w:tcPr>
            <w:tcW w:w="2550" w:type="dxa"/>
            <w:shd w:val="clear" w:color="auto" w:fill="D9EAF7"/>
            <w:vAlign w:val="center"/>
          </w:tcPr>
          <w:p w14:paraId="65A67F72" w14:textId="77777777" w:rsidR="00675DA5" w:rsidRDefault="003847AD">
            <w:pPr>
              <w:jc w:val="center"/>
            </w:pPr>
            <w:proofErr w:type="spellStart"/>
            <w:r>
              <w:rPr>
                <w:b/>
                <w:sz w:val="17"/>
              </w:rPr>
              <w:t>時間</w:t>
            </w:r>
            <w:proofErr w:type="spellEnd"/>
          </w:p>
        </w:tc>
        <w:tc>
          <w:tcPr>
            <w:tcW w:w="2550" w:type="dxa"/>
            <w:shd w:val="clear" w:color="auto" w:fill="D9EAF7"/>
            <w:vAlign w:val="center"/>
          </w:tcPr>
          <w:p w14:paraId="3F7413C1" w14:textId="77777777" w:rsidR="00675DA5" w:rsidRDefault="003847AD">
            <w:pPr>
              <w:jc w:val="center"/>
            </w:pPr>
            <w:r>
              <w:rPr>
                <w:b/>
                <w:sz w:val="17"/>
              </w:rPr>
              <w:t>A組課程主題</w:t>
            </w:r>
          </w:p>
        </w:tc>
        <w:tc>
          <w:tcPr>
            <w:tcW w:w="2550" w:type="dxa"/>
            <w:shd w:val="clear" w:color="auto" w:fill="D9EAF7"/>
            <w:vAlign w:val="center"/>
          </w:tcPr>
          <w:p w14:paraId="632696B2" w14:textId="77777777" w:rsidR="00675DA5" w:rsidRDefault="003847AD">
            <w:pPr>
              <w:jc w:val="center"/>
            </w:pPr>
            <w:r>
              <w:rPr>
                <w:b/>
                <w:sz w:val="17"/>
              </w:rPr>
              <w:t>B組課程主題</w:t>
            </w:r>
          </w:p>
        </w:tc>
        <w:tc>
          <w:tcPr>
            <w:tcW w:w="2550" w:type="dxa"/>
            <w:shd w:val="clear" w:color="auto" w:fill="D9EAF7"/>
            <w:vAlign w:val="center"/>
          </w:tcPr>
          <w:p w14:paraId="5A7024B9" w14:textId="77777777" w:rsidR="00675DA5" w:rsidRDefault="003847AD">
            <w:pPr>
              <w:jc w:val="center"/>
            </w:pPr>
            <w:r>
              <w:rPr>
                <w:b/>
                <w:sz w:val="17"/>
              </w:rPr>
              <w:t>講師／主持</w:t>
            </w:r>
          </w:p>
        </w:tc>
      </w:tr>
      <w:tr w:rsidR="00675DA5" w14:paraId="644C0B42" w14:textId="77777777">
        <w:trPr>
          <w:jc w:val="center"/>
        </w:trPr>
        <w:tc>
          <w:tcPr>
            <w:tcW w:w="2550" w:type="dxa"/>
            <w:vAlign w:val="center"/>
          </w:tcPr>
          <w:p w14:paraId="26A03025" w14:textId="77777777" w:rsidR="00675DA5" w:rsidRDefault="003847AD">
            <w:pPr>
              <w:jc w:val="center"/>
            </w:pPr>
            <w:r>
              <w:rPr>
                <w:sz w:val="17"/>
              </w:rPr>
              <w:t>08:00–09:00</w:t>
            </w:r>
          </w:p>
        </w:tc>
        <w:tc>
          <w:tcPr>
            <w:tcW w:w="2550" w:type="dxa"/>
            <w:vAlign w:val="center"/>
          </w:tcPr>
          <w:p w14:paraId="6A63D14F" w14:textId="77777777" w:rsidR="00675DA5" w:rsidRDefault="003847AD">
            <w:pPr>
              <w:jc w:val="center"/>
              <w:rPr>
                <w:lang w:eastAsia="zh-TW"/>
              </w:rPr>
            </w:pPr>
            <w:r>
              <w:rPr>
                <w:sz w:val="17"/>
                <w:lang w:eastAsia="zh-TW"/>
              </w:rPr>
              <w:t>醫療韌性與替代醫療空間之建置及演練（一）</w:t>
            </w:r>
          </w:p>
        </w:tc>
        <w:tc>
          <w:tcPr>
            <w:tcW w:w="2550" w:type="dxa"/>
            <w:vAlign w:val="center"/>
          </w:tcPr>
          <w:p w14:paraId="1261A3AF" w14:textId="77777777" w:rsidR="00675DA5" w:rsidRDefault="003847AD">
            <w:pPr>
              <w:jc w:val="center"/>
              <w:rPr>
                <w:lang w:eastAsia="zh-TW"/>
              </w:rPr>
            </w:pPr>
            <w:r>
              <w:rPr>
                <w:sz w:val="17"/>
                <w:lang w:eastAsia="zh-TW"/>
              </w:rPr>
              <w:t>大型災難與特殊事件醫療團隊應變（一）</w:t>
            </w:r>
          </w:p>
        </w:tc>
        <w:tc>
          <w:tcPr>
            <w:tcW w:w="2550" w:type="dxa"/>
            <w:vAlign w:val="center"/>
          </w:tcPr>
          <w:p w14:paraId="46D13E33" w14:textId="77777777" w:rsidR="00675DA5" w:rsidRDefault="003847AD">
            <w:pPr>
              <w:jc w:val="center"/>
              <w:rPr>
                <w:lang w:eastAsia="zh-TW"/>
              </w:rPr>
            </w:pPr>
            <w:r>
              <w:rPr>
                <w:sz w:val="17"/>
                <w:lang w:eastAsia="zh-TW"/>
              </w:rPr>
              <w:t>A：翁健瑞／B：梁雅欽</w:t>
            </w:r>
          </w:p>
        </w:tc>
      </w:tr>
      <w:tr w:rsidR="00675DA5" w14:paraId="6595136B" w14:textId="77777777">
        <w:trPr>
          <w:jc w:val="center"/>
        </w:trPr>
        <w:tc>
          <w:tcPr>
            <w:tcW w:w="2550" w:type="dxa"/>
            <w:vAlign w:val="center"/>
          </w:tcPr>
          <w:p w14:paraId="5458CFEC" w14:textId="77777777" w:rsidR="00675DA5" w:rsidRDefault="003847AD">
            <w:pPr>
              <w:jc w:val="center"/>
            </w:pPr>
            <w:r>
              <w:rPr>
                <w:sz w:val="17"/>
              </w:rPr>
              <w:t>09:00–10:00</w:t>
            </w:r>
          </w:p>
        </w:tc>
        <w:tc>
          <w:tcPr>
            <w:tcW w:w="2550" w:type="dxa"/>
            <w:vAlign w:val="center"/>
          </w:tcPr>
          <w:p w14:paraId="6E2D6E9E" w14:textId="77777777" w:rsidR="00675DA5" w:rsidRDefault="003847AD">
            <w:pPr>
              <w:jc w:val="center"/>
              <w:rPr>
                <w:lang w:eastAsia="zh-TW"/>
              </w:rPr>
            </w:pPr>
            <w:r>
              <w:rPr>
                <w:sz w:val="17"/>
                <w:lang w:eastAsia="zh-TW"/>
              </w:rPr>
              <w:t>醫療韌性與替代醫療空間之建置及演練（二）</w:t>
            </w:r>
          </w:p>
        </w:tc>
        <w:tc>
          <w:tcPr>
            <w:tcW w:w="2550" w:type="dxa"/>
            <w:vAlign w:val="center"/>
          </w:tcPr>
          <w:p w14:paraId="5FF99417" w14:textId="77777777" w:rsidR="00675DA5" w:rsidRDefault="003847AD">
            <w:pPr>
              <w:jc w:val="center"/>
              <w:rPr>
                <w:lang w:eastAsia="zh-TW"/>
              </w:rPr>
            </w:pPr>
            <w:r>
              <w:rPr>
                <w:sz w:val="17"/>
                <w:lang w:eastAsia="zh-TW"/>
              </w:rPr>
              <w:t>DMAT及災害醫療支援實務（二）</w:t>
            </w:r>
          </w:p>
        </w:tc>
        <w:tc>
          <w:tcPr>
            <w:tcW w:w="2550" w:type="dxa"/>
            <w:vAlign w:val="center"/>
          </w:tcPr>
          <w:p w14:paraId="04B31764" w14:textId="77777777" w:rsidR="00675DA5" w:rsidRDefault="003847AD">
            <w:pPr>
              <w:jc w:val="center"/>
              <w:rPr>
                <w:lang w:eastAsia="zh-TW"/>
              </w:rPr>
            </w:pPr>
            <w:r>
              <w:rPr>
                <w:sz w:val="17"/>
                <w:lang w:eastAsia="zh-TW"/>
              </w:rPr>
              <w:t>A：翁健瑞／B：梁雅欽</w:t>
            </w:r>
          </w:p>
        </w:tc>
      </w:tr>
      <w:tr w:rsidR="00675DA5" w14:paraId="083A4BF6" w14:textId="77777777">
        <w:trPr>
          <w:jc w:val="center"/>
        </w:trPr>
        <w:tc>
          <w:tcPr>
            <w:tcW w:w="2550" w:type="dxa"/>
            <w:vAlign w:val="center"/>
          </w:tcPr>
          <w:p w14:paraId="2316E3A3" w14:textId="77777777" w:rsidR="00675DA5" w:rsidRDefault="003847AD">
            <w:pPr>
              <w:jc w:val="center"/>
            </w:pPr>
            <w:r>
              <w:rPr>
                <w:sz w:val="17"/>
              </w:rPr>
              <w:t>10:00–10:10</w:t>
            </w:r>
          </w:p>
        </w:tc>
        <w:tc>
          <w:tcPr>
            <w:tcW w:w="2550" w:type="dxa"/>
            <w:vAlign w:val="center"/>
          </w:tcPr>
          <w:p w14:paraId="4027B00B" w14:textId="77777777" w:rsidR="00675DA5" w:rsidRDefault="003847AD">
            <w:pPr>
              <w:jc w:val="center"/>
            </w:pPr>
            <w:r>
              <w:rPr>
                <w:sz w:val="17"/>
              </w:rPr>
              <w:t>休息及A、B組交換</w:t>
            </w:r>
          </w:p>
        </w:tc>
        <w:tc>
          <w:tcPr>
            <w:tcW w:w="2550" w:type="dxa"/>
            <w:vAlign w:val="center"/>
          </w:tcPr>
          <w:p w14:paraId="4D9968F1" w14:textId="77777777" w:rsidR="00675DA5" w:rsidRDefault="003847AD">
            <w:pPr>
              <w:jc w:val="center"/>
            </w:pPr>
            <w:r>
              <w:rPr>
                <w:sz w:val="17"/>
              </w:rPr>
              <w:t>休息及A、B組交換</w:t>
            </w:r>
          </w:p>
        </w:tc>
        <w:tc>
          <w:tcPr>
            <w:tcW w:w="2550" w:type="dxa"/>
            <w:vAlign w:val="center"/>
          </w:tcPr>
          <w:p w14:paraId="115BC251" w14:textId="77777777" w:rsidR="00675DA5" w:rsidRDefault="003847AD">
            <w:pPr>
              <w:jc w:val="center"/>
            </w:pPr>
            <w:r>
              <w:rPr>
                <w:sz w:val="17"/>
              </w:rPr>
              <w:t>工作人員／助教</w:t>
            </w:r>
          </w:p>
        </w:tc>
      </w:tr>
      <w:tr w:rsidR="00675DA5" w14:paraId="48673F09" w14:textId="77777777">
        <w:trPr>
          <w:jc w:val="center"/>
        </w:trPr>
        <w:tc>
          <w:tcPr>
            <w:tcW w:w="2550" w:type="dxa"/>
            <w:vAlign w:val="center"/>
          </w:tcPr>
          <w:p w14:paraId="3F80C820" w14:textId="77777777" w:rsidR="00675DA5" w:rsidRDefault="003847AD">
            <w:pPr>
              <w:jc w:val="center"/>
            </w:pPr>
            <w:r>
              <w:rPr>
                <w:sz w:val="17"/>
              </w:rPr>
              <w:t>10:10–11:10</w:t>
            </w:r>
          </w:p>
        </w:tc>
        <w:tc>
          <w:tcPr>
            <w:tcW w:w="2550" w:type="dxa"/>
            <w:vAlign w:val="center"/>
          </w:tcPr>
          <w:p w14:paraId="4A8A5076" w14:textId="77777777" w:rsidR="00675DA5" w:rsidRDefault="003847AD">
            <w:pPr>
              <w:jc w:val="center"/>
              <w:rPr>
                <w:lang w:eastAsia="zh-TW"/>
              </w:rPr>
            </w:pPr>
            <w:r>
              <w:rPr>
                <w:sz w:val="17"/>
                <w:lang w:eastAsia="zh-TW"/>
              </w:rPr>
              <w:t>大型災難與特殊事件醫療團隊應變（一）</w:t>
            </w:r>
          </w:p>
        </w:tc>
        <w:tc>
          <w:tcPr>
            <w:tcW w:w="2550" w:type="dxa"/>
            <w:vAlign w:val="center"/>
          </w:tcPr>
          <w:p w14:paraId="373D9ABB" w14:textId="77777777" w:rsidR="00675DA5" w:rsidRDefault="003847AD">
            <w:pPr>
              <w:jc w:val="center"/>
              <w:rPr>
                <w:lang w:eastAsia="zh-TW"/>
              </w:rPr>
            </w:pPr>
            <w:r>
              <w:rPr>
                <w:sz w:val="17"/>
                <w:lang w:eastAsia="zh-TW"/>
              </w:rPr>
              <w:t>醫療韌性與替代醫療空間之建置及演練（一）</w:t>
            </w:r>
          </w:p>
        </w:tc>
        <w:tc>
          <w:tcPr>
            <w:tcW w:w="2550" w:type="dxa"/>
            <w:vAlign w:val="center"/>
          </w:tcPr>
          <w:p w14:paraId="5165C5EF" w14:textId="77777777" w:rsidR="00675DA5" w:rsidRDefault="003847AD">
            <w:pPr>
              <w:jc w:val="center"/>
              <w:rPr>
                <w:lang w:eastAsia="zh-TW"/>
              </w:rPr>
            </w:pPr>
            <w:r>
              <w:rPr>
                <w:sz w:val="17"/>
                <w:lang w:eastAsia="zh-TW"/>
              </w:rPr>
              <w:t>A：梁雅欽／B：翁健瑞</w:t>
            </w:r>
          </w:p>
        </w:tc>
      </w:tr>
      <w:tr w:rsidR="00675DA5" w14:paraId="2644CC2E" w14:textId="77777777">
        <w:trPr>
          <w:jc w:val="center"/>
        </w:trPr>
        <w:tc>
          <w:tcPr>
            <w:tcW w:w="2550" w:type="dxa"/>
            <w:vAlign w:val="center"/>
          </w:tcPr>
          <w:p w14:paraId="3BEA149C" w14:textId="77777777" w:rsidR="00675DA5" w:rsidRDefault="003847AD">
            <w:pPr>
              <w:jc w:val="center"/>
            </w:pPr>
            <w:r>
              <w:rPr>
                <w:sz w:val="17"/>
              </w:rPr>
              <w:t>11:10–12:10</w:t>
            </w:r>
          </w:p>
        </w:tc>
        <w:tc>
          <w:tcPr>
            <w:tcW w:w="2550" w:type="dxa"/>
            <w:vAlign w:val="center"/>
          </w:tcPr>
          <w:p w14:paraId="1E25846F" w14:textId="77777777" w:rsidR="00675DA5" w:rsidRDefault="003847AD">
            <w:pPr>
              <w:jc w:val="center"/>
              <w:rPr>
                <w:lang w:eastAsia="zh-TW"/>
              </w:rPr>
            </w:pPr>
            <w:r>
              <w:rPr>
                <w:sz w:val="17"/>
                <w:lang w:eastAsia="zh-TW"/>
              </w:rPr>
              <w:t>DMAT及災害醫療支援實務（二）</w:t>
            </w:r>
          </w:p>
        </w:tc>
        <w:tc>
          <w:tcPr>
            <w:tcW w:w="2550" w:type="dxa"/>
            <w:vAlign w:val="center"/>
          </w:tcPr>
          <w:p w14:paraId="20564F0C" w14:textId="77777777" w:rsidR="00675DA5" w:rsidRDefault="003847AD">
            <w:pPr>
              <w:jc w:val="center"/>
              <w:rPr>
                <w:lang w:eastAsia="zh-TW"/>
              </w:rPr>
            </w:pPr>
            <w:r>
              <w:rPr>
                <w:sz w:val="17"/>
                <w:lang w:eastAsia="zh-TW"/>
              </w:rPr>
              <w:t>醫療韌性與替代醫療空間之建置及演練（二）</w:t>
            </w:r>
          </w:p>
        </w:tc>
        <w:tc>
          <w:tcPr>
            <w:tcW w:w="2550" w:type="dxa"/>
            <w:vAlign w:val="center"/>
          </w:tcPr>
          <w:p w14:paraId="2A234618" w14:textId="6704DA70" w:rsidR="00675DA5" w:rsidRDefault="003847AD">
            <w:pPr>
              <w:jc w:val="center"/>
              <w:rPr>
                <w:lang w:eastAsia="zh-TW"/>
              </w:rPr>
            </w:pPr>
            <w:r>
              <w:rPr>
                <w:sz w:val="17"/>
                <w:lang w:eastAsia="zh-TW"/>
              </w:rPr>
              <w:t>A</w:t>
            </w:r>
            <w:r w:rsidR="009C30BA">
              <w:rPr>
                <w:sz w:val="17"/>
                <w:lang w:eastAsia="zh-TW"/>
              </w:rPr>
              <w:t xml:space="preserve"> </w:t>
            </w:r>
            <w:r w:rsidR="009C30BA">
              <w:rPr>
                <w:rFonts w:hint="eastAsia"/>
                <w:sz w:val="17"/>
                <w:lang w:eastAsia="zh-TW"/>
              </w:rPr>
              <w:t>、</w:t>
            </w:r>
            <w:r w:rsidR="009C30BA">
              <w:rPr>
                <w:sz w:val="17"/>
                <w:lang w:eastAsia="zh-TW"/>
              </w:rPr>
              <w:t>B</w:t>
            </w:r>
            <w:r>
              <w:rPr>
                <w:sz w:val="17"/>
                <w:lang w:eastAsia="zh-TW"/>
              </w:rPr>
              <w:t>：梁雅欽</w:t>
            </w:r>
          </w:p>
        </w:tc>
      </w:tr>
      <w:tr w:rsidR="00675DA5" w14:paraId="6393C6D6" w14:textId="77777777">
        <w:trPr>
          <w:jc w:val="center"/>
        </w:trPr>
        <w:tc>
          <w:tcPr>
            <w:tcW w:w="2550" w:type="dxa"/>
            <w:vAlign w:val="center"/>
          </w:tcPr>
          <w:p w14:paraId="3859C2CC" w14:textId="77777777" w:rsidR="00675DA5" w:rsidRDefault="003847AD">
            <w:pPr>
              <w:jc w:val="center"/>
            </w:pPr>
            <w:r>
              <w:rPr>
                <w:sz w:val="17"/>
              </w:rPr>
              <w:t>12:10–12:40</w:t>
            </w:r>
          </w:p>
        </w:tc>
        <w:tc>
          <w:tcPr>
            <w:tcW w:w="2550" w:type="dxa"/>
            <w:vAlign w:val="center"/>
          </w:tcPr>
          <w:p w14:paraId="6692EDE4" w14:textId="77777777" w:rsidR="00675DA5" w:rsidRDefault="003847AD">
            <w:pPr>
              <w:jc w:val="center"/>
              <w:rPr>
                <w:lang w:eastAsia="zh-TW"/>
              </w:rPr>
            </w:pPr>
            <w:r>
              <w:rPr>
                <w:sz w:val="17"/>
                <w:lang w:eastAsia="zh-TW"/>
              </w:rPr>
              <w:t>綜合交流、Q&amp;A及用餐</w:t>
            </w:r>
          </w:p>
        </w:tc>
        <w:tc>
          <w:tcPr>
            <w:tcW w:w="2550" w:type="dxa"/>
            <w:vAlign w:val="center"/>
          </w:tcPr>
          <w:p w14:paraId="2DBD1F3E" w14:textId="77777777" w:rsidR="00675DA5" w:rsidRDefault="003847AD">
            <w:pPr>
              <w:jc w:val="center"/>
              <w:rPr>
                <w:lang w:eastAsia="zh-TW"/>
              </w:rPr>
            </w:pPr>
            <w:r>
              <w:rPr>
                <w:sz w:val="17"/>
                <w:lang w:eastAsia="zh-TW"/>
              </w:rPr>
              <w:t>綜合交流、Q&amp;A及用餐</w:t>
            </w:r>
          </w:p>
        </w:tc>
        <w:tc>
          <w:tcPr>
            <w:tcW w:w="2550" w:type="dxa"/>
            <w:vAlign w:val="center"/>
          </w:tcPr>
          <w:p w14:paraId="4B645814" w14:textId="77777777" w:rsidR="00675DA5" w:rsidRDefault="003847AD">
            <w:pPr>
              <w:jc w:val="center"/>
            </w:pPr>
            <w:proofErr w:type="spellStart"/>
            <w:r>
              <w:rPr>
                <w:sz w:val="17"/>
              </w:rPr>
              <w:t>講師／助教群</w:t>
            </w:r>
            <w:proofErr w:type="spellEnd"/>
          </w:p>
        </w:tc>
      </w:tr>
    </w:tbl>
    <w:p w14:paraId="2CBAFF0E" w14:textId="7D217DA1" w:rsidR="00675DA5" w:rsidRDefault="003847AD">
      <w:pPr>
        <w:rPr>
          <w:lang w:eastAsia="zh-TW"/>
        </w:rPr>
      </w:pPr>
      <w:r>
        <w:rPr>
          <w:lang w:eastAsia="zh-TW"/>
        </w:rPr>
        <w:t>講師費計列：翁健瑞院外講師</w:t>
      </w:r>
      <w:r w:rsidR="009C30BA">
        <w:rPr>
          <w:rFonts w:hint="eastAsia"/>
          <w:lang w:eastAsia="zh-TW"/>
        </w:rPr>
        <w:t>3</w:t>
      </w:r>
      <w:r>
        <w:rPr>
          <w:lang w:eastAsia="zh-TW"/>
        </w:rPr>
        <w:t>小時；梁雅欽院內講師4小時。</w:t>
      </w:r>
    </w:p>
    <w:p w14:paraId="1CD77D5A" w14:textId="77777777" w:rsidR="00675DA5" w:rsidRDefault="003847AD">
      <w:pPr>
        <w:pStyle w:val="21"/>
        <w:rPr>
          <w:lang w:eastAsia="zh-TW"/>
        </w:rPr>
      </w:pPr>
      <w:r>
        <w:rPr>
          <w:lang w:eastAsia="zh-TW"/>
        </w:rPr>
        <w:t>（三）</w:t>
      </w:r>
      <w:r>
        <w:rPr>
          <w:lang w:eastAsia="zh-TW"/>
        </w:rPr>
        <w:t>115</w:t>
      </w:r>
      <w:r>
        <w:rPr>
          <w:lang w:eastAsia="zh-TW"/>
        </w:rPr>
        <w:t>年</w:t>
      </w:r>
      <w:r>
        <w:rPr>
          <w:lang w:eastAsia="zh-TW"/>
        </w:rPr>
        <w:t>11</w:t>
      </w:r>
      <w:r>
        <w:rPr>
          <w:lang w:eastAsia="zh-TW"/>
        </w:rPr>
        <w:t>月：大量傷病患及特殊環境救命處置</w:t>
      </w:r>
      <w:r>
        <w:rPr>
          <w:lang w:eastAsia="zh-TW"/>
        </w:rPr>
        <w:t>Workshop</w:t>
      </w:r>
    </w:p>
    <w:p w14:paraId="11F0A131" w14:textId="77777777" w:rsidR="00675DA5" w:rsidRDefault="003847AD">
      <w:pPr>
        <w:rPr>
          <w:lang w:eastAsia="zh-TW"/>
        </w:rPr>
      </w:pPr>
      <w:r>
        <w:rPr>
          <w:lang w:eastAsia="zh-TW"/>
        </w:rPr>
        <w:t>上午：MARCH大量傷病患快速評估及止血帶應用，學員上限14人；院內教官2名、助教2名。</w:t>
      </w:r>
    </w:p>
    <w:p w14:paraId="576490D1" w14:textId="77777777" w:rsidR="00675DA5" w:rsidRDefault="003847AD">
      <w:pPr>
        <w:rPr>
          <w:lang w:eastAsia="zh-TW"/>
        </w:rPr>
      </w:pPr>
      <w:r>
        <w:rPr>
          <w:lang w:eastAsia="zh-TW"/>
        </w:rPr>
        <w:t>下午：特殊環境進階呼吸道處置Workshop，學員上限12人；院內教官2名、助教2名。</w:t>
      </w:r>
    </w:p>
    <w:tbl>
      <w:tblPr>
        <w:tblStyle w:val="aff2"/>
        <w:tblW w:w="0" w:type="auto"/>
        <w:jc w:val="center"/>
        <w:tblLook w:val="04A0" w:firstRow="1" w:lastRow="0" w:firstColumn="1" w:lastColumn="0" w:noHBand="0" w:noVBand="1"/>
      </w:tblPr>
      <w:tblGrid>
        <w:gridCol w:w="2071"/>
        <w:gridCol w:w="2102"/>
        <w:gridCol w:w="2059"/>
        <w:gridCol w:w="2127"/>
        <w:gridCol w:w="1831"/>
      </w:tblGrid>
      <w:tr w:rsidR="00AB1A4A" w14:paraId="702295CD" w14:textId="77777777" w:rsidTr="00AB1A4A">
        <w:trPr>
          <w:trHeight w:val="424"/>
          <w:jc w:val="center"/>
        </w:trPr>
        <w:tc>
          <w:tcPr>
            <w:tcW w:w="2071" w:type="dxa"/>
            <w:shd w:val="clear" w:color="auto" w:fill="D9EAF7"/>
            <w:vAlign w:val="center"/>
          </w:tcPr>
          <w:p w14:paraId="1DC3B64A" w14:textId="069882B2" w:rsidR="00AB1A4A" w:rsidRDefault="00AB1A4A">
            <w:pPr>
              <w:jc w:val="center"/>
              <w:rPr>
                <w:b/>
                <w:sz w:val="17"/>
              </w:rPr>
            </w:pPr>
            <w:proofErr w:type="spellStart"/>
            <w:r>
              <w:rPr>
                <w:b/>
                <w:sz w:val="17"/>
              </w:rPr>
              <w:lastRenderedPageBreak/>
              <w:t>時間</w:t>
            </w:r>
            <w:proofErr w:type="spellEnd"/>
          </w:p>
        </w:tc>
        <w:tc>
          <w:tcPr>
            <w:tcW w:w="4161" w:type="dxa"/>
            <w:gridSpan w:val="2"/>
            <w:shd w:val="clear" w:color="auto" w:fill="D9EAF7"/>
            <w:vAlign w:val="center"/>
          </w:tcPr>
          <w:p w14:paraId="6CD52D77" w14:textId="6EF15D72" w:rsidR="00AB1A4A" w:rsidRDefault="00AB1A4A">
            <w:pPr>
              <w:jc w:val="center"/>
              <w:rPr>
                <w:b/>
                <w:sz w:val="17"/>
              </w:rPr>
            </w:pPr>
            <w:proofErr w:type="spellStart"/>
            <w:r>
              <w:rPr>
                <w:b/>
                <w:sz w:val="17"/>
              </w:rPr>
              <w:t>課程主題</w:t>
            </w:r>
            <w:proofErr w:type="spellEnd"/>
          </w:p>
        </w:tc>
        <w:tc>
          <w:tcPr>
            <w:tcW w:w="2127" w:type="dxa"/>
            <w:vMerge w:val="restart"/>
            <w:shd w:val="clear" w:color="auto" w:fill="D9EAF7"/>
            <w:vAlign w:val="center"/>
          </w:tcPr>
          <w:p w14:paraId="2374C40F" w14:textId="3612084C" w:rsidR="00AB1A4A" w:rsidRDefault="00AB1A4A">
            <w:pPr>
              <w:jc w:val="center"/>
              <w:rPr>
                <w:b/>
                <w:sz w:val="17"/>
              </w:rPr>
            </w:pPr>
            <w:proofErr w:type="spellStart"/>
            <w:r>
              <w:rPr>
                <w:b/>
                <w:sz w:val="17"/>
              </w:rPr>
              <w:t>課前準備／備註</w:t>
            </w:r>
            <w:proofErr w:type="spellEnd"/>
          </w:p>
        </w:tc>
        <w:tc>
          <w:tcPr>
            <w:tcW w:w="1831" w:type="dxa"/>
            <w:vMerge w:val="restart"/>
            <w:shd w:val="clear" w:color="auto" w:fill="D9EAF7"/>
            <w:vAlign w:val="center"/>
          </w:tcPr>
          <w:p w14:paraId="51922F04" w14:textId="36FEB0F7" w:rsidR="00AB1A4A" w:rsidRDefault="00AB1A4A" w:rsidP="00AB1A4A">
            <w:pPr>
              <w:jc w:val="center"/>
              <w:rPr>
                <w:b/>
                <w:sz w:val="17"/>
              </w:rPr>
            </w:pPr>
            <w:proofErr w:type="spellStart"/>
            <w:r>
              <w:rPr>
                <w:b/>
                <w:sz w:val="17"/>
              </w:rPr>
              <w:t>講師／主持</w:t>
            </w:r>
            <w:proofErr w:type="spellEnd"/>
          </w:p>
        </w:tc>
      </w:tr>
      <w:tr w:rsidR="00AB1A4A" w14:paraId="7E4E0E11" w14:textId="77777777" w:rsidTr="00AB1A4A">
        <w:trPr>
          <w:jc w:val="center"/>
        </w:trPr>
        <w:tc>
          <w:tcPr>
            <w:tcW w:w="2071" w:type="dxa"/>
            <w:shd w:val="clear" w:color="auto" w:fill="D9EAF7"/>
            <w:vAlign w:val="center"/>
          </w:tcPr>
          <w:p w14:paraId="48148EB9" w14:textId="6CC66C8F" w:rsidR="00AB1A4A" w:rsidRDefault="00AB1A4A" w:rsidP="00AB1A4A">
            <w:pPr>
              <w:jc w:val="center"/>
            </w:pPr>
            <w:r>
              <w:rPr>
                <w:rFonts w:hint="eastAsia"/>
                <w:b/>
                <w:sz w:val="17"/>
                <w:lang w:eastAsia="zh-TW"/>
              </w:rPr>
              <w:t>組別</w:t>
            </w:r>
          </w:p>
        </w:tc>
        <w:tc>
          <w:tcPr>
            <w:tcW w:w="2102" w:type="dxa"/>
            <w:shd w:val="clear" w:color="auto" w:fill="D9EAF7"/>
            <w:vAlign w:val="center"/>
          </w:tcPr>
          <w:p w14:paraId="57B41F28" w14:textId="133F9DA4" w:rsidR="00AB1A4A" w:rsidRDefault="00AB1A4A" w:rsidP="00AB1A4A">
            <w:pPr>
              <w:jc w:val="center"/>
            </w:pPr>
            <w:proofErr w:type="spellStart"/>
            <w:r>
              <w:rPr>
                <w:rFonts w:ascii="Segoe UI" w:hAnsi="Segoe UI" w:cs="Segoe UI"/>
                <w:b/>
                <w:bCs/>
                <w:color w:val="0D0D0D"/>
              </w:rPr>
              <w:t>A</w:t>
            </w:r>
            <w:r>
              <w:rPr>
                <w:rFonts w:cs="Segoe UI" w:hint="eastAsia"/>
                <w:b/>
                <w:bCs/>
                <w:color w:val="0D0D0D"/>
              </w:rPr>
              <w:t>組</w:t>
            </w:r>
            <w:proofErr w:type="spellEnd"/>
          </w:p>
        </w:tc>
        <w:tc>
          <w:tcPr>
            <w:tcW w:w="2059" w:type="dxa"/>
            <w:shd w:val="clear" w:color="auto" w:fill="D9EAF7"/>
            <w:vAlign w:val="center"/>
          </w:tcPr>
          <w:p w14:paraId="6D101D8A" w14:textId="0A8F6171" w:rsidR="00AB1A4A" w:rsidRDefault="00AB1A4A" w:rsidP="00AB1A4A">
            <w:pPr>
              <w:jc w:val="center"/>
            </w:pPr>
            <w:proofErr w:type="spellStart"/>
            <w:r>
              <w:rPr>
                <w:rFonts w:ascii="Segoe UI" w:hAnsi="Segoe UI" w:cs="Segoe UI"/>
                <w:b/>
                <w:bCs/>
                <w:color w:val="0D0D0D"/>
              </w:rPr>
              <w:t>B</w:t>
            </w:r>
            <w:r>
              <w:rPr>
                <w:rFonts w:ascii="Segoe UI" w:hAnsi="Segoe UI" w:cs="Segoe UI"/>
                <w:b/>
                <w:bCs/>
                <w:color w:val="0D0D0D"/>
              </w:rPr>
              <w:t>組</w:t>
            </w:r>
            <w:proofErr w:type="spellEnd"/>
          </w:p>
        </w:tc>
        <w:tc>
          <w:tcPr>
            <w:tcW w:w="2127" w:type="dxa"/>
            <w:vMerge/>
            <w:shd w:val="clear" w:color="auto" w:fill="D9EAF7"/>
            <w:vAlign w:val="center"/>
          </w:tcPr>
          <w:p w14:paraId="341C141A" w14:textId="493E109C" w:rsidR="00AB1A4A" w:rsidRDefault="00AB1A4A" w:rsidP="00AB1A4A">
            <w:pPr>
              <w:jc w:val="center"/>
            </w:pPr>
          </w:p>
        </w:tc>
        <w:tc>
          <w:tcPr>
            <w:tcW w:w="1831" w:type="dxa"/>
            <w:vMerge/>
            <w:shd w:val="clear" w:color="auto" w:fill="D9EAF7"/>
            <w:vAlign w:val="center"/>
          </w:tcPr>
          <w:p w14:paraId="343C09BB" w14:textId="254DDC07" w:rsidR="00AB1A4A" w:rsidRDefault="00AB1A4A" w:rsidP="00AB1A4A">
            <w:pPr>
              <w:jc w:val="center"/>
            </w:pPr>
          </w:p>
        </w:tc>
      </w:tr>
      <w:tr w:rsidR="00AB1A4A" w14:paraId="4592479A" w14:textId="77777777" w:rsidTr="00AB1A4A">
        <w:trPr>
          <w:jc w:val="center"/>
        </w:trPr>
        <w:tc>
          <w:tcPr>
            <w:tcW w:w="2071" w:type="dxa"/>
            <w:vAlign w:val="center"/>
          </w:tcPr>
          <w:p w14:paraId="137E98CA" w14:textId="77777777" w:rsidR="00AB1A4A" w:rsidRDefault="00AB1A4A">
            <w:pPr>
              <w:jc w:val="center"/>
            </w:pPr>
            <w:r>
              <w:rPr>
                <w:sz w:val="17"/>
              </w:rPr>
              <w:t>10:00–11:00</w:t>
            </w:r>
          </w:p>
        </w:tc>
        <w:tc>
          <w:tcPr>
            <w:tcW w:w="2102" w:type="dxa"/>
            <w:vAlign w:val="center"/>
          </w:tcPr>
          <w:p w14:paraId="7AB84589" w14:textId="77777777" w:rsidR="00AB1A4A" w:rsidRDefault="00AB1A4A">
            <w:pPr>
              <w:jc w:val="center"/>
            </w:pPr>
            <w:r>
              <w:rPr>
                <w:sz w:val="17"/>
              </w:rPr>
              <w:t>MARCH大量傷病患快速評估</w:t>
            </w:r>
          </w:p>
        </w:tc>
        <w:tc>
          <w:tcPr>
            <w:tcW w:w="2059" w:type="dxa"/>
          </w:tcPr>
          <w:p w14:paraId="1FC994F6" w14:textId="0F795B61" w:rsidR="00AB1A4A" w:rsidRDefault="009C30BA">
            <w:pPr>
              <w:jc w:val="center"/>
              <w:rPr>
                <w:sz w:val="17"/>
                <w:lang w:eastAsia="zh-TW"/>
              </w:rPr>
            </w:pPr>
            <w:r w:rsidRPr="009C30BA">
              <w:rPr>
                <w:sz w:val="17"/>
                <w:lang w:eastAsia="zh-TW"/>
              </w:rPr>
              <w:t>大量出血控制與止血帶應用</w:t>
            </w:r>
          </w:p>
        </w:tc>
        <w:tc>
          <w:tcPr>
            <w:tcW w:w="2127" w:type="dxa"/>
            <w:vAlign w:val="center"/>
          </w:tcPr>
          <w:p w14:paraId="0A5095E7" w14:textId="1E4A346A" w:rsidR="00AB1A4A" w:rsidRDefault="00AB1A4A">
            <w:pPr>
              <w:jc w:val="center"/>
              <w:rPr>
                <w:lang w:eastAsia="zh-TW"/>
              </w:rPr>
            </w:pPr>
            <w:r>
              <w:rPr>
                <w:sz w:val="17"/>
                <w:lang w:eastAsia="zh-TW"/>
              </w:rPr>
              <w:t>MARCH流程、情境式傷患評估及分組實作</w:t>
            </w:r>
          </w:p>
        </w:tc>
        <w:tc>
          <w:tcPr>
            <w:tcW w:w="1831" w:type="dxa"/>
            <w:vAlign w:val="center"/>
          </w:tcPr>
          <w:p w14:paraId="50937F95" w14:textId="77777777" w:rsidR="00AB1A4A" w:rsidRDefault="00AB1A4A">
            <w:pPr>
              <w:jc w:val="center"/>
            </w:pPr>
            <w:proofErr w:type="spellStart"/>
            <w:r>
              <w:rPr>
                <w:sz w:val="17"/>
              </w:rPr>
              <w:t>院內教官／助教</w:t>
            </w:r>
            <w:proofErr w:type="spellEnd"/>
          </w:p>
        </w:tc>
      </w:tr>
      <w:tr w:rsidR="00AB1A4A" w14:paraId="5FE85F4B" w14:textId="77777777" w:rsidTr="00AB1A4A">
        <w:trPr>
          <w:jc w:val="center"/>
        </w:trPr>
        <w:tc>
          <w:tcPr>
            <w:tcW w:w="2071" w:type="dxa"/>
            <w:vAlign w:val="center"/>
          </w:tcPr>
          <w:p w14:paraId="17D1BBEF" w14:textId="77777777" w:rsidR="00AB1A4A" w:rsidRDefault="00AB1A4A">
            <w:pPr>
              <w:jc w:val="center"/>
            </w:pPr>
            <w:r>
              <w:rPr>
                <w:sz w:val="17"/>
              </w:rPr>
              <w:t>11:00–12:00</w:t>
            </w:r>
          </w:p>
        </w:tc>
        <w:tc>
          <w:tcPr>
            <w:tcW w:w="2102" w:type="dxa"/>
            <w:vAlign w:val="center"/>
          </w:tcPr>
          <w:p w14:paraId="64238342" w14:textId="77777777" w:rsidR="00AB1A4A" w:rsidRDefault="00AB1A4A">
            <w:pPr>
              <w:jc w:val="center"/>
              <w:rPr>
                <w:lang w:eastAsia="zh-TW"/>
              </w:rPr>
            </w:pPr>
            <w:r>
              <w:rPr>
                <w:sz w:val="17"/>
                <w:lang w:eastAsia="zh-TW"/>
              </w:rPr>
              <w:t>大量出血控制與止血帶應用</w:t>
            </w:r>
          </w:p>
        </w:tc>
        <w:tc>
          <w:tcPr>
            <w:tcW w:w="2059" w:type="dxa"/>
          </w:tcPr>
          <w:p w14:paraId="0C1D4860" w14:textId="7BA54F92" w:rsidR="00AB1A4A" w:rsidRDefault="009C30BA">
            <w:pPr>
              <w:jc w:val="center"/>
              <w:rPr>
                <w:sz w:val="17"/>
                <w:lang w:eastAsia="zh-TW"/>
              </w:rPr>
            </w:pPr>
            <w:r w:rsidRPr="009C30BA">
              <w:rPr>
                <w:sz w:val="17"/>
                <w:lang w:eastAsia="zh-TW"/>
              </w:rPr>
              <w:t>MARCH 大量傷病患快速評估</w:t>
            </w:r>
          </w:p>
        </w:tc>
        <w:tc>
          <w:tcPr>
            <w:tcW w:w="2127" w:type="dxa"/>
            <w:vAlign w:val="center"/>
          </w:tcPr>
          <w:p w14:paraId="416F6719" w14:textId="13645BAA" w:rsidR="00AB1A4A" w:rsidRDefault="00AB1A4A">
            <w:pPr>
              <w:jc w:val="center"/>
              <w:rPr>
                <w:lang w:eastAsia="zh-TW"/>
              </w:rPr>
            </w:pPr>
            <w:r>
              <w:rPr>
                <w:sz w:val="17"/>
                <w:lang w:eastAsia="zh-TW"/>
              </w:rPr>
              <w:t>止血帶操作、適應情境及止血效果確認</w:t>
            </w:r>
          </w:p>
        </w:tc>
        <w:tc>
          <w:tcPr>
            <w:tcW w:w="1831" w:type="dxa"/>
            <w:vAlign w:val="center"/>
          </w:tcPr>
          <w:p w14:paraId="69D3080A" w14:textId="77777777" w:rsidR="00AB1A4A" w:rsidRDefault="00AB1A4A">
            <w:pPr>
              <w:jc w:val="center"/>
            </w:pPr>
            <w:proofErr w:type="spellStart"/>
            <w:r>
              <w:rPr>
                <w:sz w:val="17"/>
              </w:rPr>
              <w:t>院內教官／助教</w:t>
            </w:r>
            <w:proofErr w:type="spellEnd"/>
          </w:p>
        </w:tc>
      </w:tr>
      <w:tr w:rsidR="00AB1A4A" w14:paraId="6DF5DCD3" w14:textId="77777777" w:rsidTr="00AB1A4A">
        <w:trPr>
          <w:jc w:val="center"/>
        </w:trPr>
        <w:tc>
          <w:tcPr>
            <w:tcW w:w="2071" w:type="dxa"/>
            <w:vAlign w:val="center"/>
          </w:tcPr>
          <w:p w14:paraId="709C9D28" w14:textId="77777777" w:rsidR="00AB1A4A" w:rsidRDefault="00AB1A4A">
            <w:pPr>
              <w:jc w:val="center"/>
            </w:pPr>
            <w:r>
              <w:rPr>
                <w:sz w:val="17"/>
              </w:rPr>
              <w:t>12:00–12:30</w:t>
            </w:r>
          </w:p>
        </w:tc>
        <w:tc>
          <w:tcPr>
            <w:tcW w:w="2102" w:type="dxa"/>
            <w:vAlign w:val="center"/>
          </w:tcPr>
          <w:p w14:paraId="4345EA5D" w14:textId="77777777" w:rsidR="00AB1A4A" w:rsidRDefault="00AB1A4A">
            <w:pPr>
              <w:jc w:val="center"/>
              <w:rPr>
                <w:lang w:eastAsia="zh-TW"/>
              </w:rPr>
            </w:pPr>
            <w:r>
              <w:rPr>
                <w:sz w:val="17"/>
                <w:lang w:eastAsia="zh-TW"/>
              </w:rPr>
              <w:t>綜合交流、Q&amp;A及用餐</w:t>
            </w:r>
          </w:p>
        </w:tc>
        <w:tc>
          <w:tcPr>
            <w:tcW w:w="2059" w:type="dxa"/>
          </w:tcPr>
          <w:p w14:paraId="53942645" w14:textId="7882557B" w:rsidR="00AB1A4A" w:rsidRDefault="009C30BA">
            <w:pPr>
              <w:jc w:val="center"/>
              <w:rPr>
                <w:sz w:val="17"/>
                <w:lang w:eastAsia="zh-TW"/>
              </w:rPr>
            </w:pPr>
            <w:r>
              <w:rPr>
                <w:sz w:val="17"/>
                <w:lang w:eastAsia="zh-TW"/>
              </w:rPr>
              <w:t>綜合交流、Q&amp;A及用餐</w:t>
            </w:r>
          </w:p>
        </w:tc>
        <w:tc>
          <w:tcPr>
            <w:tcW w:w="2127" w:type="dxa"/>
            <w:vAlign w:val="center"/>
          </w:tcPr>
          <w:p w14:paraId="6C3CBBBD" w14:textId="5A6E4684" w:rsidR="00AB1A4A" w:rsidRDefault="00AB1A4A">
            <w:pPr>
              <w:jc w:val="center"/>
              <w:rPr>
                <w:lang w:eastAsia="zh-TW"/>
              </w:rPr>
            </w:pPr>
            <w:r>
              <w:rPr>
                <w:sz w:val="17"/>
                <w:lang w:eastAsia="zh-TW"/>
              </w:rPr>
              <w:t>上午課程討論及操作回饋</w:t>
            </w:r>
          </w:p>
        </w:tc>
        <w:tc>
          <w:tcPr>
            <w:tcW w:w="1831" w:type="dxa"/>
            <w:vAlign w:val="center"/>
          </w:tcPr>
          <w:p w14:paraId="70FB2636" w14:textId="77777777" w:rsidR="00AB1A4A" w:rsidRDefault="00AB1A4A">
            <w:pPr>
              <w:jc w:val="center"/>
            </w:pPr>
            <w:proofErr w:type="spellStart"/>
            <w:r>
              <w:rPr>
                <w:sz w:val="17"/>
              </w:rPr>
              <w:t>教官／助教群</w:t>
            </w:r>
            <w:proofErr w:type="spellEnd"/>
          </w:p>
        </w:tc>
      </w:tr>
      <w:tr w:rsidR="00AB1A4A" w14:paraId="5F81BB37" w14:textId="77777777" w:rsidTr="00220D88">
        <w:trPr>
          <w:jc w:val="center"/>
        </w:trPr>
        <w:tc>
          <w:tcPr>
            <w:tcW w:w="2071" w:type="dxa"/>
            <w:vMerge w:val="restart"/>
            <w:vAlign w:val="center"/>
          </w:tcPr>
          <w:p w14:paraId="0C258A8F" w14:textId="479428D9" w:rsidR="00AB1A4A" w:rsidRPr="00D86997" w:rsidRDefault="00AB1A4A" w:rsidP="00AB1A4A">
            <w:pPr>
              <w:jc w:val="center"/>
              <w:rPr>
                <w:highlight w:val="yellow"/>
              </w:rPr>
            </w:pPr>
            <w:r w:rsidRPr="00D86997">
              <w:rPr>
                <w:sz w:val="17"/>
              </w:rPr>
              <w:t>1</w:t>
            </w:r>
            <w:r w:rsidRPr="00D86997">
              <w:rPr>
                <w:rFonts w:hint="eastAsia"/>
                <w:sz w:val="17"/>
                <w:lang w:eastAsia="zh-TW"/>
              </w:rPr>
              <w:t>4</w:t>
            </w:r>
            <w:r w:rsidRPr="00D86997">
              <w:rPr>
                <w:sz w:val="17"/>
              </w:rPr>
              <w:t>:0</w:t>
            </w:r>
            <w:r w:rsidRPr="00D86997">
              <w:rPr>
                <w:rFonts w:hint="eastAsia"/>
                <w:sz w:val="17"/>
                <w:lang w:eastAsia="zh-TW"/>
              </w:rPr>
              <w:t>0</w:t>
            </w:r>
            <w:r w:rsidRPr="00D86997">
              <w:rPr>
                <w:sz w:val="17"/>
              </w:rPr>
              <w:t>–16:00</w:t>
            </w:r>
          </w:p>
        </w:tc>
        <w:tc>
          <w:tcPr>
            <w:tcW w:w="2102" w:type="dxa"/>
            <w:vAlign w:val="center"/>
          </w:tcPr>
          <w:p w14:paraId="174145D3" w14:textId="339751A6" w:rsidR="00AB1A4A" w:rsidRPr="00D86997" w:rsidRDefault="00AB1A4A" w:rsidP="00AB1A4A">
            <w:pPr>
              <w:jc w:val="center"/>
              <w:rPr>
                <w:lang w:eastAsia="zh-TW"/>
              </w:rPr>
            </w:pPr>
            <w:r w:rsidRPr="00D86997">
              <w:rPr>
                <w:sz w:val="17"/>
                <w:lang w:eastAsia="zh-TW"/>
              </w:rPr>
              <w:t>SALAD大量血液／分泌物污染呼吸道處置</w:t>
            </w:r>
          </w:p>
        </w:tc>
        <w:tc>
          <w:tcPr>
            <w:tcW w:w="2059" w:type="dxa"/>
            <w:vAlign w:val="center"/>
          </w:tcPr>
          <w:p w14:paraId="3EB6E976" w14:textId="45C05B99" w:rsidR="00AB1A4A" w:rsidRDefault="00AB1A4A" w:rsidP="00AB1A4A">
            <w:pPr>
              <w:jc w:val="center"/>
              <w:rPr>
                <w:sz w:val="17"/>
                <w:lang w:eastAsia="zh-TW"/>
              </w:rPr>
            </w:pPr>
            <w:r w:rsidRPr="0086584A">
              <w:rPr>
                <w:sz w:val="17"/>
                <w:lang w:eastAsia="zh-TW"/>
              </w:rPr>
              <w:t>有限空間進階後喉頭鏡操作</w:t>
            </w:r>
          </w:p>
        </w:tc>
        <w:tc>
          <w:tcPr>
            <w:tcW w:w="2127" w:type="dxa"/>
            <w:vAlign w:val="center"/>
          </w:tcPr>
          <w:p w14:paraId="3E207A22" w14:textId="758D099E" w:rsidR="00AB1A4A" w:rsidRDefault="00AB1A4A" w:rsidP="00AB1A4A">
            <w:pPr>
              <w:jc w:val="center"/>
              <w:rPr>
                <w:lang w:eastAsia="zh-TW"/>
              </w:rPr>
            </w:pPr>
            <w:r>
              <w:rPr>
                <w:sz w:val="17"/>
                <w:lang w:eastAsia="zh-TW"/>
              </w:rPr>
              <w:t>困難呼吸道模型、抽吸設備、影像喉頭鏡</w:t>
            </w:r>
          </w:p>
        </w:tc>
        <w:tc>
          <w:tcPr>
            <w:tcW w:w="1831" w:type="dxa"/>
            <w:vAlign w:val="center"/>
          </w:tcPr>
          <w:p w14:paraId="7EFA32F4" w14:textId="77777777" w:rsidR="00AB1A4A" w:rsidRDefault="00AB1A4A" w:rsidP="00AB1A4A">
            <w:pPr>
              <w:jc w:val="center"/>
            </w:pPr>
            <w:proofErr w:type="spellStart"/>
            <w:r>
              <w:rPr>
                <w:sz w:val="17"/>
              </w:rPr>
              <w:t>院內教官／助教</w:t>
            </w:r>
            <w:proofErr w:type="spellEnd"/>
          </w:p>
        </w:tc>
      </w:tr>
      <w:tr w:rsidR="00AB1A4A" w14:paraId="4E7BDD81" w14:textId="77777777" w:rsidTr="00220D88">
        <w:trPr>
          <w:jc w:val="center"/>
        </w:trPr>
        <w:tc>
          <w:tcPr>
            <w:tcW w:w="2071" w:type="dxa"/>
            <w:vMerge/>
            <w:vAlign w:val="center"/>
          </w:tcPr>
          <w:p w14:paraId="0EF8217F" w14:textId="689045D9" w:rsidR="00AB1A4A" w:rsidRPr="00D86997" w:rsidRDefault="00AB1A4A" w:rsidP="00AB1A4A">
            <w:pPr>
              <w:jc w:val="center"/>
              <w:rPr>
                <w:highlight w:val="yellow"/>
              </w:rPr>
            </w:pPr>
          </w:p>
        </w:tc>
        <w:tc>
          <w:tcPr>
            <w:tcW w:w="2102" w:type="dxa"/>
            <w:vAlign w:val="center"/>
          </w:tcPr>
          <w:p w14:paraId="6029C9EB" w14:textId="72AEB65F" w:rsidR="00AB1A4A" w:rsidRPr="00D86997" w:rsidRDefault="00AB1A4A" w:rsidP="00AB1A4A">
            <w:pPr>
              <w:jc w:val="center"/>
              <w:rPr>
                <w:lang w:eastAsia="zh-TW"/>
              </w:rPr>
            </w:pPr>
            <w:r w:rsidRPr="00D86997">
              <w:rPr>
                <w:sz w:val="17"/>
                <w:lang w:eastAsia="zh-TW"/>
              </w:rPr>
              <w:t>有限空間進階影像喉頭鏡操作</w:t>
            </w:r>
          </w:p>
        </w:tc>
        <w:tc>
          <w:tcPr>
            <w:tcW w:w="2059" w:type="dxa"/>
            <w:vAlign w:val="center"/>
          </w:tcPr>
          <w:p w14:paraId="19EF2300" w14:textId="7F86E64D" w:rsidR="00AB1A4A" w:rsidRDefault="00AB1A4A" w:rsidP="00AB1A4A">
            <w:pPr>
              <w:jc w:val="center"/>
              <w:rPr>
                <w:sz w:val="17"/>
                <w:lang w:eastAsia="zh-TW"/>
              </w:rPr>
            </w:pPr>
            <w:r w:rsidRPr="0086584A">
              <w:rPr>
                <w:sz w:val="17"/>
                <w:lang w:eastAsia="zh-TW"/>
              </w:rPr>
              <w:t>FONA 外科手術呼吸道建立</w:t>
            </w:r>
          </w:p>
        </w:tc>
        <w:tc>
          <w:tcPr>
            <w:tcW w:w="2127" w:type="dxa"/>
            <w:vAlign w:val="center"/>
          </w:tcPr>
          <w:p w14:paraId="3E3432D5" w14:textId="0A271F79" w:rsidR="00AB1A4A" w:rsidRDefault="00AB1A4A" w:rsidP="00AB1A4A">
            <w:pPr>
              <w:jc w:val="center"/>
              <w:rPr>
                <w:lang w:eastAsia="zh-TW"/>
              </w:rPr>
            </w:pPr>
            <w:r>
              <w:rPr>
                <w:sz w:val="17"/>
                <w:lang w:eastAsia="zh-TW"/>
              </w:rPr>
              <w:t>模擬有限空間及</w:t>
            </w:r>
            <w:proofErr w:type="gramStart"/>
            <w:r>
              <w:rPr>
                <w:sz w:val="17"/>
                <w:lang w:eastAsia="zh-TW"/>
              </w:rPr>
              <w:t>非標準插管姿勢</w:t>
            </w:r>
            <w:proofErr w:type="gramEnd"/>
          </w:p>
        </w:tc>
        <w:tc>
          <w:tcPr>
            <w:tcW w:w="1831" w:type="dxa"/>
            <w:vAlign w:val="center"/>
          </w:tcPr>
          <w:p w14:paraId="738EF5E2" w14:textId="77777777" w:rsidR="00AB1A4A" w:rsidRDefault="00AB1A4A" w:rsidP="00AB1A4A">
            <w:pPr>
              <w:jc w:val="center"/>
            </w:pPr>
            <w:proofErr w:type="spellStart"/>
            <w:r>
              <w:rPr>
                <w:sz w:val="17"/>
              </w:rPr>
              <w:t>院內教官／助教</w:t>
            </w:r>
            <w:proofErr w:type="spellEnd"/>
          </w:p>
        </w:tc>
      </w:tr>
      <w:tr w:rsidR="00AB1A4A" w14:paraId="51CEC604" w14:textId="77777777" w:rsidTr="00220D88">
        <w:trPr>
          <w:trHeight w:val="70"/>
          <w:jc w:val="center"/>
        </w:trPr>
        <w:tc>
          <w:tcPr>
            <w:tcW w:w="2071" w:type="dxa"/>
            <w:vMerge/>
            <w:vAlign w:val="center"/>
          </w:tcPr>
          <w:p w14:paraId="00ED8831" w14:textId="4E0D90F0" w:rsidR="00AB1A4A" w:rsidRPr="00D86997" w:rsidRDefault="00AB1A4A" w:rsidP="00AB1A4A">
            <w:pPr>
              <w:jc w:val="center"/>
              <w:rPr>
                <w:highlight w:val="yellow"/>
              </w:rPr>
            </w:pPr>
          </w:p>
        </w:tc>
        <w:tc>
          <w:tcPr>
            <w:tcW w:w="2102" w:type="dxa"/>
            <w:vAlign w:val="center"/>
          </w:tcPr>
          <w:p w14:paraId="371A4EEA" w14:textId="77777777" w:rsidR="00AB1A4A" w:rsidRPr="00D86997" w:rsidRDefault="00AB1A4A" w:rsidP="00AB1A4A">
            <w:pPr>
              <w:jc w:val="center"/>
              <w:rPr>
                <w:sz w:val="17"/>
                <w:lang w:eastAsia="zh-TW"/>
              </w:rPr>
            </w:pPr>
            <w:r w:rsidRPr="00D86997">
              <w:rPr>
                <w:sz w:val="17"/>
                <w:lang w:eastAsia="zh-TW"/>
              </w:rPr>
              <w:t>FONA外科手術呼吸道建立</w:t>
            </w:r>
          </w:p>
          <w:p w14:paraId="338E699D" w14:textId="32BC08EA" w:rsidR="00AB1A4A" w:rsidRPr="00D86997" w:rsidRDefault="00AB1A4A" w:rsidP="00AB1A4A">
            <w:pPr>
              <w:jc w:val="center"/>
              <w:rPr>
                <w:lang w:eastAsia="zh-TW"/>
              </w:rPr>
            </w:pPr>
          </w:p>
        </w:tc>
        <w:tc>
          <w:tcPr>
            <w:tcW w:w="2059" w:type="dxa"/>
            <w:vAlign w:val="center"/>
          </w:tcPr>
          <w:p w14:paraId="5A32019C" w14:textId="753E237C" w:rsidR="00AB1A4A" w:rsidRDefault="00AB1A4A" w:rsidP="00AB1A4A">
            <w:pPr>
              <w:jc w:val="center"/>
              <w:rPr>
                <w:sz w:val="17"/>
                <w:lang w:eastAsia="zh-TW"/>
              </w:rPr>
            </w:pPr>
            <w:r w:rsidRPr="0086584A">
              <w:rPr>
                <w:sz w:val="17"/>
                <w:lang w:eastAsia="zh-TW"/>
              </w:rPr>
              <w:t>SALAD 大量血液／分泌物污染呼吸道處置</w:t>
            </w:r>
          </w:p>
        </w:tc>
        <w:tc>
          <w:tcPr>
            <w:tcW w:w="2127" w:type="dxa"/>
            <w:vAlign w:val="center"/>
          </w:tcPr>
          <w:p w14:paraId="79766D25" w14:textId="061E79C4" w:rsidR="00AB1A4A" w:rsidRDefault="00AB1A4A" w:rsidP="00AB1A4A">
            <w:pPr>
              <w:jc w:val="center"/>
              <w:rPr>
                <w:lang w:eastAsia="zh-TW"/>
              </w:rPr>
            </w:pPr>
            <w:r>
              <w:rPr>
                <w:sz w:val="17"/>
                <w:lang w:eastAsia="zh-TW"/>
              </w:rPr>
              <w:t>FONA訓練模型及相關器材</w:t>
            </w:r>
          </w:p>
        </w:tc>
        <w:tc>
          <w:tcPr>
            <w:tcW w:w="1831" w:type="dxa"/>
            <w:vAlign w:val="center"/>
          </w:tcPr>
          <w:p w14:paraId="4F462A3A" w14:textId="77777777" w:rsidR="00AB1A4A" w:rsidRDefault="00AB1A4A" w:rsidP="00AB1A4A">
            <w:pPr>
              <w:jc w:val="center"/>
            </w:pPr>
            <w:proofErr w:type="spellStart"/>
            <w:r>
              <w:rPr>
                <w:sz w:val="17"/>
              </w:rPr>
              <w:t>院內教官／助教</w:t>
            </w:r>
            <w:proofErr w:type="spellEnd"/>
          </w:p>
        </w:tc>
      </w:tr>
    </w:tbl>
    <w:p w14:paraId="0C0466E1" w14:textId="77777777" w:rsidR="00675DA5" w:rsidRDefault="003847AD">
      <w:pPr>
        <w:pStyle w:val="1"/>
      </w:pPr>
      <w:proofErr w:type="spellStart"/>
      <w:r>
        <w:t>四、經費表</w:t>
      </w:r>
      <w:proofErr w:type="spellEnd"/>
    </w:p>
    <w:p w14:paraId="1FEB7180" w14:textId="7ACCB91A" w:rsidR="00675DA5" w:rsidRDefault="003847AD">
      <w:pPr>
        <w:rPr>
          <w:lang w:eastAsia="zh-TW"/>
        </w:rPr>
      </w:pPr>
      <w:r>
        <w:rPr>
          <w:lang w:eastAsia="zh-TW"/>
        </w:rPr>
        <w:t>單位：新臺幣。講師費、助教費及餐費比照相關教育訓練計畫標準編列：院外講師費每小時2,000元、院內講師費每小時1,000元、助教費每人次500元、餐費每人120元</w:t>
      </w:r>
      <w:r w:rsidR="00C85EA7">
        <w:rPr>
          <w:rFonts w:hint="eastAsia"/>
          <w:lang w:eastAsia="zh-TW"/>
        </w:rPr>
        <w:t>，總經費36000，可互相勻支</w:t>
      </w:r>
      <w:r>
        <w:rPr>
          <w:lang w:eastAsia="zh-TW"/>
        </w:rPr>
        <w:t>。</w:t>
      </w:r>
    </w:p>
    <w:tbl>
      <w:tblPr>
        <w:tblStyle w:val="aff2"/>
        <w:tblW w:w="10485" w:type="dxa"/>
        <w:jc w:val="center"/>
        <w:tblLook w:val="04A0" w:firstRow="1" w:lastRow="0" w:firstColumn="1" w:lastColumn="0" w:noHBand="0" w:noVBand="1"/>
      </w:tblPr>
      <w:tblGrid>
        <w:gridCol w:w="1699"/>
        <w:gridCol w:w="1698"/>
        <w:gridCol w:w="1276"/>
        <w:gridCol w:w="1134"/>
        <w:gridCol w:w="1276"/>
        <w:gridCol w:w="3402"/>
      </w:tblGrid>
      <w:tr w:rsidR="00675DA5" w14:paraId="59DA84D6" w14:textId="77777777" w:rsidTr="00C85EA7">
        <w:trPr>
          <w:jc w:val="center"/>
        </w:trPr>
        <w:tc>
          <w:tcPr>
            <w:tcW w:w="1699" w:type="dxa"/>
            <w:shd w:val="clear" w:color="auto" w:fill="D9EAF7"/>
            <w:vAlign w:val="center"/>
          </w:tcPr>
          <w:p w14:paraId="266DF1FA" w14:textId="77777777" w:rsidR="00675DA5" w:rsidRDefault="003847AD">
            <w:pPr>
              <w:jc w:val="center"/>
            </w:pPr>
            <w:proofErr w:type="spellStart"/>
            <w:r>
              <w:rPr>
                <w:b/>
                <w:sz w:val="17"/>
              </w:rPr>
              <w:t>分類</w:t>
            </w:r>
            <w:proofErr w:type="spellEnd"/>
          </w:p>
        </w:tc>
        <w:tc>
          <w:tcPr>
            <w:tcW w:w="1698" w:type="dxa"/>
            <w:shd w:val="clear" w:color="auto" w:fill="D9EAF7"/>
            <w:vAlign w:val="center"/>
          </w:tcPr>
          <w:p w14:paraId="62E8B951" w14:textId="77777777" w:rsidR="00675DA5" w:rsidRDefault="003847AD">
            <w:pPr>
              <w:jc w:val="center"/>
            </w:pPr>
            <w:r>
              <w:rPr>
                <w:b/>
                <w:sz w:val="17"/>
              </w:rPr>
              <w:t>細項</w:t>
            </w:r>
          </w:p>
        </w:tc>
        <w:tc>
          <w:tcPr>
            <w:tcW w:w="1276" w:type="dxa"/>
            <w:shd w:val="clear" w:color="auto" w:fill="D9EAF7"/>
            <w:vAlign w:val="center"/>
          </w:tcPr>
          <w:p w14:paraId="151A4CCB" w14:textId="77777777" w:rsidR="00675DA5" w:rsidRDefault="003847AD">
            <w:pPr>
              <w:jc w:val="center"/>
            </w:pPr>
            <w:r>
              <w:rPr>
                <w:b/>
                <w:sz w:val="17"/>
              </w:rPr>
              <w:t>單價</w:t>
            </w:r>
          </w:p>
        </w:tc>
        <w:tc>
          <w:tcPr>
            <w:tcW w:w="1134" w:type="dxa"/>
            <w:shd w:val="clear" w:color="auto" w:fill="D9EAF7"/>
            <w:vAlign w:val="center"/>
          </w:tcPr>
          <w:p w14:paraId="2D00BE98" w14:textId="77777777" w:rsidR="00675DA5" w:rsidRDefault="003847AD">
            <w:pPr>
              <w:jc w:val="center"/>
            </w:pPr>
            <w:r>
              <w:rPr>
                <w:b/>
                <w:sz w:val="17"/>
              </w:rPr>
              <w:t>數量</w:t>
            </w:r>
          </w:p>
        </w:tc>
        <w:tc>
          <w:tcPr>
            <w:tcW w:w="1276" w:type="dxa"/>
            <w:shd w:val="clear" w:color="auto" w:fill="D9EAF7"/>
            <w:vAlign w:val="center"/>
          </w:tcPr>
          <w:p w14:paraId="109CA590" w14:textId="77777777" w:rsidR="00675DA5" w:rsidRDefault="003847AD">
            <w:pPr>
              <w:jc w:val="center"/>
            </w:pPr>
            <w:r>
              <w:rPr>
                <w:b/>
                <w:sz w:val="17"/>
              </w:rPr>
              <w:t>總價</w:t>
            </w:r>
          </w:p>
        </w:tc>
        <w:tc>
          <w:tcPr>
            <w:tcW w:w="3402" w:type="dxa"/>
            <w:shd w:val="clear" w:color="auto" w:fill="D9EAF7"/>
            <w:vAlign w:val="center"/>
          </w:tcPr>
          <w:p w14:paraId="64883EB5" w14:textId="77777777" w:rsidR="00675DA5" w:rsidRDefault="003847AD">
            <w:pPr>
              <w:jc w:val="center"/>
            </w:pPr>
            <w:r>
              <w:rPr>
                <w:b/>
                <w:sz w:val="17"/>
              </w:rPr>
              <w:t>說明</w:t>
            </w:r>
          </w:p>
        </w:tc>
      </w:tr>
      <w:tr w:rsidR="00675DA5" w14:paraId="3ECC3F62" w14:textId="77777777" w:rsidTr="00C85EA7">
        <w:trPr>
          <w:jc w:val="center"/>
        </w:trPr>
        <w:tc>
          <w:tcPr>
            <w:tcW w:w="1699" w:type="dxa"/>
            <w:shd w:val="clear" w:color="auto" w:fill="D9D9D9" w:themeFill="background1" w:themeFillShade="D9"/>
            <w:vAlign w:val="center"/>
          </w:tcPr>
          <w:p w14:paraId="2F26F2D7" w14:textId="27CA73D6" w:rsidR="00675DA5" w:rsidRDefault="003847AD">
            <w:pPr>
              <w:jc w:val="center"/>
            </w:pPr>
            <w:r>
              <w:rPr>
                <w:sz w:val="17"/>
              </w:rPr>
              <w:t>9</w:t>
            </w:r>
            <w:r w:rsidR="00307EA9">
              <w:rPr>
                <w:rFonts w:hint="eastAsia"/>
                <w:sz w:val="17"/>
                <w:lang w:eastAsia="zh-TW"/>
              </w:rPr>
              <w:t>/15</w:t>
            </w:r>
            <w:r>
              <w:rPr>
                <w:sz w:val="17"/>
              </w:rPr>
              <w:t>教育訓練</w:t>
            </w:r>
          </w:p>
        </w:tc>
        <w:tc>
          <w:tcPr>
            <w:tcW w:w="1698" w:type="dxa"/>
            <w:shd w:val="clear" w:color="auto" w:fill="D9D9D9" w:themeFill="background1" w:themeFillShade="D9"/>
            <w:vAlign w:val="center"/>
          </w:tcPr>
          <w:p w14:paraId="043EE791" w14:textId="7B837E5B" w:rsidR="00675DA5" w:rsidRDefault="003847AD">
            <w:pPr>
              <w:jc w:val="center"/>
            </w:pPr>
            <w:proofErr w:type="spellStart"/>
            <w:r>
              <w:rPr>
                <w:sz w:val="17"/>
              </w:rPr>
              <w:t>院內</w:t>
            </w:r>
            <w:proofErr w:type="spellEnd"/>
            <w:r w:rsidR="00142E19">
              <w:rPr>
                <w:rFonts w:hint="eastAsia"/>
                <w:sz w:val="17"/>
                <w:lang w:eastAsia="zh-TW"/>
              </w:rPr>
              <w:t>講師</w:t>
            </w:r>
            <w:r w:rsidR="00142E19">
              <w:rPr>
                <w:rFonts w:hint="eastAsia"/>
                <w:sz w:val="17"/>
                <w:lang w:eastAsia="zh-TW"/>
              </w:rPr>
              <w:t>費</w:t>
            </w:r>
          </w:p>
        </w:tc>
        <w:tc>
          <w:tcPr>
            <w:tcW w:w="1276" w:type="dxa"/>
            <w:shd w:val="clear" w:color="auto" w:fill="D9D9D9" w:themeFill="background1" w:themeFillShade="D9"/>
            <w:vAlign w:val="center"/>
          </w:tcPr>
          <w:p w14:paraId="7C4667C2" w14:textId="77777777" w:rsidR="00675DA5" w:rsidRDefault="003847AD">
            <w:pPr>
              <w:jc w:val="center"/>
            </w:pPr>
            <w:r>
              <w:rPr>
                <w:sz w:val="17"/>
              </w:rPr>
              <w:t>1,000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14:paraId="3407859F" w14:textId="77777777" w:rsidR="00675DA5" w:rsidRDefault="003847AD">
            <w:pPr>
              <w:jc w:val="center"/>
            </w:pPr>
            <w:r>
              <w:rPr>
                <w:sz w:val="17"/>
              </w:rPr>
              <w:t>4</w:t>
            </w:r>
          </w:p>
        </w:tc>
        <w:tc>
          <w:tcPr>
            <w:tcW w:w="1276" w:type="dxa"/>
            <w:shd w:val="clear" w:color="auto" w:fill="D9D9D9" w:themeFill="background1" w:themeFillShade="D9"/>
            <w:vAlign w:val="center"/>
          </w:tcPr>
          <w:p w14:paraId="1F9E0040" w14:textId="77777777" w:rsidR="00675DA5" w:rsidRDefault="003847AD">
            <w:pPr>
              <w:jc w:val="center"/>
            </w:pPr>
            <w:r>
              <w:rPr>
                <w:sz w:val="17"/>
              </w:rPr>
              <w:t>4,000</w:t>
            </w:r>
          </w:p>
        </w:tc>
        <w:tc>
          <w:tcPr>
            <w:tcW w:w="3402" w:type="dxa"/>
            <w:shd w:val="clear" w:color="auto" w:fill="D9D9D9" w:themeFill="background1" w:themeFillShade="D9"/>
            <w:vAlign w:val="center"/>
          </w:tcPr>
          <w:p w14:paraId="0B7C68C7" w14:textId="47D5487C" w:rsidR="00675DA5" w:rsidRDefault="003847AD">
            <w:pPr>
              <w:jc w:val="center"/>
              <w:rPr>
                <w:lang w:eastAsia="zh-TW"/>
              </w:rPr>
            </w:pPr>
            <w:r>
              <w:rPr>
                <w:sz w:val="17"/>
                <w:lang w:eastAsia="zh-TW"/>
              </w:rPr>
              <w:t>2名院內教官，各2小時</w:t>
            </w:r>
          </w:p>
        </w:tc>
      </w:tr>
      <w:tr w:rsidR="00675DA5" w14:paraId="3070A855" w14:textId="77777777" w:rsidTr="00C85EA7">
        <w:trPr>
          <w:jc w:val="center"/>
        </w:trPr>
        <w:tc>
          <w:tcPr>
            <w:tcW w:w="1699" w:type="dxa"/>
            <w:shd w:val="clear" w:color="auto" w:fill="D9D9D9" w:themeFill="background1" w:themeFillShade="D9"/>
            <w:vAlign w:val="center"/>
          </w:tcPr>
          <w:p w14:paraId="3CA86912" w14:textId="77777777" w:rsidR="00675DA5" w:rsidRDefault="00675DA5">
            <w:pPr>
              <w:jc w:val="center"/>
              <w:rPr>
                <w:lang w:eastAsia="zh-TW"/>
              </w:rPr>
            </w:pPr>
          </w:p>
        </w:tc>
        <w:tc>
          <w:tcPr>
            <w:tcW w:w="1698" w:type="dxa"/>
            <w:shd w:val="clear" w:color="auto" w:fill="D9D9D9" w:themeFill="background1" w:themeFillShade="D9"/>
            <w:vAlign w:val="center"/>
          </w:tcPr>
          <w:p w14:paraId="23D3A28B" w14:textId="77777777" w:rsidR="00675DA5" w:rsidRDefault="003847AD">
            <w:pPr>
              <w:jc w:val="center"/>
            </w:pPr>
            <w:r>
              <w:rPr>
                <w:sz w:val="17"/>
              </w:rPr>
              <w:t>助教費</w:t>
            </w:r>
          </w:p>
        </w:tc>
        <w:tc>
          <w:tcPr>
            <w:tcW w:w="1276" w:type="dxa"/>
            <w:shd w:val="clear" w:color="auto" w:fill="D9D9D9" w:themeFill="background1" w:themeFillShade="D9"/>
            <w:vAlign w:val="center"/>
          </w:tcPr>
          <w:p w14:paraId="090F8185" w14:textId="77777777" w:rsidR="00675DA5" w:rsidRDefault="003847AD">
            <w:pPr>
              <w:jc w:val="center"/>
            </w:pPr>
            <w:r>
              <w:rPr>
                <w:sz w:val="17"/>
              </w:rPr>
              <w:t>500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14:paraId="32E888AF" w14:textId="77777777" w:rsidR="00675DA5" w:rsidRDefault="003847AD">
            <w:pPr>
              <w:jc w:val="center"/>
            </w:pPr>
            <w:r>
              <w:rPr>
                <w:sz w:val="17"/>
              </w:rPr>
              <w:t>2</w:t>
            </w:r>
          </w:p>
        </w:tc>
        <w:tc>
          <w:tcPr>
            <w:tcW w:w="1276" w:type="dxa"/>
            <w:shd w:val="clear" w:color="auto" w:fill="D9D9D9" w:themeFill="background1" w:themeFillShade="D9"/>
            <w:vAlign w:val="center"/>
          </w:tcPr>
          <w:p w14:paraId="1DD07259" w14:textId="77777777" w:rsidR="00675DA5" w:rsidRDefault="003847AD">
            <w:pPr>
              <w:jc w:val="center"/>
            </w:pPr>
            <w:r>
              <w:rPr>
                <w:sz w:val="17"/>
              </w:rPr>
              <w:t>1,000</w:t>
            </w:r>
          </w:p>
        </w:tc>
        <w:tc>
          <w:tcPr>
            <w:tcW w:w="3402" w:type="dxa"/>
            <w:shd w:val="clear" w:color="auto" w:fill="D9D9D9" w:themeFill="background1" w:themeFillShade="D9"/>
            <w:vAlign w:val="center"/>
          </w:tcPr>
          <w:p w14:paraId="60BF92D4" w14:textId="285B2BA8" w:rsidR="00675DA5" w:rsidRDefault="003847AD">
            <w:pPr>
              <w:jc w:val="center"/>
            </w:pPr>
            <w:r>
              <w:rPr>
                <w:sz w:val="17"/>
              </w:rPr>
              <w:t>助教2名</w:t>
            </w:r>
            <w:r w:rsidR="00C85EA7">
              <w:rPr>
                <w:rFonts w:hint="eastAsia"/>
                <w:sz w:val="17"/>
                <w:lang w:eastAsia="zh-TW"/>
              </w:rPr>
              <w:t>(書</w:t>
            </w:r>
            <w:proofErr w:type="gramStart"/>
            <w:r w:rsidR="00C85EA7">
              <w:rPr>
                <w:rFonts w:hint="eastAsia"/>
                <w:sz w:val="17"/>
                <w:lang w:eastAsia="zh-TW"/>
              </w:rPr>
              <w:t>陞</w:t>
            </w:r>
            <w:proofErr w:type="gramEnd"/>
            <w:r w:rsidR="00C85EA7">
              <w:rPr>
                <w:rFonts w:hint="eastAsia"/>
                <w:sz w:val="17"/>
                <w:lang w:eastAsia="zh-TW"/>
              </w:rPr>
              <w:t>、</w:t>
            </w:r>
            <w:proofErr w:type="gramStart"/>
            <w:r w:rsidR="00C85EA7">
              <w:rPr>
                <w:rFonts w:hint="eastAsia"/>
                <w:sz w:val="17"/>
                <w:lang w:eastAsia="zh-TW"/>
              </w:rPr>
              <w:t>軒楷</w:t>
            </w:r>
            <w:proofErr w:type="gramEnd"/>
            <w:r w:rsidR="00C85EA7">
              <w:rPr>
                <w:rFonts w:hint="eastAsia"/>
                <w:sz w:val="17"/>
                <w:lang w:eastAsia="zh-TW"/>
              </w:rPr>
              <w:t>)</w:t>
            </w:r>
          </w:p>
        </w:tc>
      </w:tr>
      <w:tr w:rsidR="00675DA5" w14:paraId="179D90A6" w14:textId="77777777" w:rsidTr="00C85EA7">
        <w:trPr>
          <w:trHeight w:val="436"/>
          <w:jc w:val="center"/>
        </w:trPr>
        <w:tc>
          <w:tcPr>
            <w:tcW w:w="1699" w:type="dxa"/>
            <w:shd w:val="clear" w:color="auto" w:fill="D9D9D9" w:themeFill="background1" w:themeFillShade="D9"/>
            <w:vAlign w:val="center"/>
          </w:tcPr>
          <w:p w14:paraId="6CF68C22" w14:textId="77777777" w:rsidR="00675DA5" w:rsidRDefault="00675DA5">
            <w:pPr>
              <w:jc w:val="center"/>
            </w:pPr>
          </w:p>
        </w:tc>
        <w:tc>
          <w:tcPr>
            <w:tcW w:w="1698" w:type="dxa"/>
            <w:shd w:val="clear" w:color="auto" w:fill="D9D9D9" w:themeFill="background1" w:themeFillShade="D9"/>
            <w:vAlign w:val="center"/>
          </w:tcPr>
          <w:p w14:paraId="496AEA97" w14:textId="77777777" w:rsidR="00675DA5" w:rsidRDefault="003847AD">
            <w:pPr>
              <w:jc w:val="center"/>
            </w:pPr>
            <w:r>
              <w:rPr>
                <w:sz w:val="17"/>
              </w:rPr>
              <w:t>餐費</w:t>
            </w:r>
          </w:p>
        </w:tc>
        <w:tc>
          <w:tcPr>
            <w:tcW w:w="1276" w:type="dxa"/>
            <w:shd w:val="clear" w:color="auto" w:fill="D9D9D9" w:themeFill="background1" w:themeFillShade="D9"/>
            <w:vAlign w:val="center"/>
          </w:tcPr>
          <w:p w14:paraId="25B66E9C" w14:textId="77777777" w:rsidR="00675DA5" w:rsidRDefault="003847AD">
            <w:pPr>
              <w:jc w:val="center"/>
            </w:pPr>
            <w:r>
              <w:rPr>
                <w:sz w:val="17"/>
              </w:rPr>
              <w:t>120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14:paraId="62BE22A6" w14:textId="77777777" w:rsidR="00675DA5" w:rsidRDefault="003847AD">
            <w:pPr>
              <w:jc w:val="center"/>
            </w:pPr>
            <w:r>
              <w:rPr>
                <w:sz w:val="17"/>
              </w:rPr>
              <w:t>16</w:t>
            </w:r>
          </w:p>
        </w:tc>
        <w:tc>
          <w:tcPr>
            <w:tcW w:w="1276" w:type="dxa"/>
            <w:shd w:val="clear" w:color="auto" w:fill="D9D9D9" w:themeFill="background1" w:themeFillShade="D9"/>
            <w:vAlign w:val="center"/>
          </w:tcPr>
          <w:p w14:paraId="33441B30" w14:textId="77777777" w:rsidR="00675DA5" w:rsidRDefault="003847AD">
            <w:pPr>
              <w:jc w:val="center"/>
            </w:pPr>
            <w:r>
              <w:rPr>
                <w:sz w:val="17"/>
              </w:rPr>
              <w:t>1,920</w:t>
            </w:r>
          </w:p>
        </w:tc>
        <w:tc>
          <w:tcPr>
            <w:tcW w:w="3402" w:type="dxa"/>
            <w:shd w:val="clear" w:color="auto" w:fill="D9D9D9" w:themeFill="background1" w:themeFillShade="D9"/>
            <w:vAlign w:val="center"/>
          </w:tcPr>
          <w:p w14:paraId="56D3D4F5" w14:textId="087E0337" w:rsidR="00675DA5" w:rsidRDefault="003847AD">
            <w:pPr>
              <w:jc w:val="center"/>
              <w:rPr>
                <w:lang w:eastAsia="zh-TW"/>
              </w:rPr>
            </w:pPr>
            <w:r>
              <w:rPr>
                <w:sz w:val="17"/>
                <w:lang w:eastAsia="zh-TW"/>
              </w:rPr>
              <w:t>12名學員、2名教官、2名助教</w:t>
            </w:r>
            <w:r w:rsidR="00C85EA7">
              <w:rPr>
                <w:rFonts w:hint="eastAsia"/>
                <w:sz w:val="17"/>
                <w:lang w:eastAsia="zh-TW"/>
              </w:rPr>
              <w:t>、雅惠</w:t>
            </w:r>
          </w:p>
        </w:tc>
      </w:tr>
      <w:tr w:rsidR="00675DA5" w14:paraId="71A4A152" w14:textId="77777777" w:rsidTr="00C85EA7">
        <w:trPr>
          <w:jc w:val="center"/>
        </w:trPr>
        <w:tc>
          <w:tcPr>
            <w:tcW w:w="1699" w:type="dxa"/>
            <w:vAlign w:val="center"/>
          </w:tcPr>
          <w:p w14:paraId="12C2FB63" w14:textId="0E627D9F" w:rsidR="00675DA5" w:rsidRDefault="003847AD">
            <w:pPr>
              <w:jc w:val="center"/>
            </w:pPr>
            <w:r>
              <w:rPr>
                <w:sz w:val="17"/>
              </w:rPr>
              <w:t>11</w:t>
            </w:r>
            <w:r w:rsidR="00307EA9">
              <w:rPr>
                <w:rFonts w:hint="eastAsia"/>
                <w:sz w:val="17"/>
                <w:lang w:eastAsia="zh-TW"/>
              </w:rPr>
              <w:t>/3</w:t>
            </w:r>
            <w:r>
              <w:rPr>
                <w:sz w:val="17"/>
              </w:rPr>
              <w:t>教育訓練</w:t>
            </w:r>
          </w:p>
        </w:tc>
        <w:tc>
          <w:tcPr>
            <w:tcW w:w="1698" w:type="dxa"/>
            <w:vAlign w:val="center"/>
          </w:tcPr>
          <w:p w14:paraId="5D32B897" w14:textId="332047F8" w:rsidR="00675DA5" w:rsidRDefault="003847AD">
            <w:pPr>
              <w:jc w:val="center"/>
            </w:pPr>
            <w:proofErr w:type="spellStart"/>
            <w:r>
              <w:rPr>
                <w:sz w:val="17"/>
              </w:rPr>
              <w:t>院外</w:t>
            </w:r>
            <w:proofErr w:type="spellEnd"/>
            <w:r w:rsidR="00142E19">
              <w:rPr>
                <w:rFonts w:hint="eastAsia"/>
                <w:sz w:val="17"/>
                <w:lang w:eastAsia="zh-TW"/>
              </w:rPr>
              <w:t>講師</w:t>
            </w:r>
            <w:r w:rsidR="00142E19">
              <w:rPr>
                <w:rFonts w:hint="eastAsia"/>
                <w:sz w:val="17"/>
                <w:lang w:eastAsia="zh-TW"/>
              </w:rPr>
              <w:t>費</w:t>
            </w:r>
          </w:p>
        </w:tc>
        <w:tc>
          <w:tcPr>
            <w:tcW w:w="1276" w:type="dxa"/>
            <w:vAlign w:val="center"/>
          </w:tcPr>
          <w:p w14:paraId="7DE05876" w14:textId="77777777" w:rsidR="00675DA5" w:rsidRDefault="003847AD">
            <w:pPr>
              <w:jc w:val="center"/>
            </w:pPr>
            <w:r>
              <w:rPr>
                <w:sz w:val="17"/>
              </w:rPr>
              <w:t>2,000</w:t>
            </w:r>
          </w:p>
        </w:tc>
        <w:tc>
          <w:tcPr>
            <w:tcW w:w="1134" w:type="dxa"/>
            <w:vAlign w:val="center"/>
          </w:tcPr>
          <w:p w14:paraId="22AE9E61" w14:textId="4CC0754B" w:rsidR="00675DA5" w:rsidRPr="000B1BE4" w:rsidRDefault="009C30BA">
            <w:pPr>
              <w:jc w:val="center"/>
              <w:rPr>
                <w:highlight w:val="yellow"/>
              </w:rPr>
            </w:pPr>
            <w:r>
              <w:rPr>
                <w:rFonts w:hint="eastAsia"/>
                <w:sz w:val="17"/>
                <w:highlight w:val="yellow"/>
                <w:lang w:eastAsia="zh-TW"/>
              </w:rPr>
              <w:t>3</w:t>
            </w:r>
          </w:p>
        </w:tc>
        <w:tc>
          <w:tcPr>
            <w:tcW w:w="1276" w:type="dxa"/>
            <w:vAlign w:val="center"/>
          </w:tcPr>
          <w:p w14:paraId="1FFEBE4A" w14:textId="78A11EC4" w:rsidR="00675DA5" w:rsidRPr="000B1BE4" w:rsidRDefault="009C30BA">
            <w:pPr>
              <w:jc w:val="center"/>
              <w:rPr>
                <w:highlight w:val="yellow"/>
              </w:rPr>
            </w:pPr>
            <w:r>
              <w:rPr>
                <w:rFonts w:hint="eastAsia"/>
                <w:sz w:val="17"/>
                <w:highlight w:val="yellow"/>
                <w:lang w:eastAsia="zh-TW"/>
              </w:rPr>
              <w:t>6</w:t>
            </w:r>
            <w:r w:rsidR="003847AD" w:rsidRPr="000B1BE4">
              <w:rPr>
                <w:sz w:val="17"/>
                <w:highlight w:val="yellow"/>
              </w:rPr>
              <w:t>,000</w:t>
            </w:r>
          </w:p>
        </w:tc>
        <w:tc>
          <w:tcPr>
            <w:tcW w:w="3402" w:type="dxa"/>
            <w:vAlign w:val="center"/>
          </w:tcPr>
          <w:p w14:paraId="0AD6E890" w14:textId="77777777" w:rsidR="00675DA5" w:rsidRDefault="003847AD">
            <w:pPr>
              <w:jc w:val="center"/>
            </w:pPr>
            <w:r>
              <w:rPr>
                <w:sz w:val="17"/>
              </w:rPr>
              <w:t>翁健瑞，院外講師</w:t>
            </w:r>
          </w:p>
        </w:tc>
      </w:tr>
      <w:tr w:rsidR="00675DA5" w14:paraId="50235EFB" w14:textId="77777777" w:rsidTr="00C85EA7">
        <w:trPr>
          <w:jc w:val="center"/>
        </w:trPr>
        <w:tc>
          <w:tcPr>
            <w:tcW w:w="1699" w:type="dxa"/>
            <w:vAlign w:val="center"/>
          </w:tcPr>
          <w:p w14:paraId="53CDABCB" w14:textId="77777777" w:rsidR="00675DA5" w:rsidRDefault="00675DA5">
            <w:pPr>
              <w:jc w:val="center"/>
            </w:pPr>
          </w:p>
        </w:tc>
        <w:tc>
          <w:tcPr>
            <w:tcW w:w="1698" w:type="dxa"/>
            <w:vAlign w:val="center"/>
          </w:tcPr>
          <w:p w14:paraId="14445EE5" w14:textId="77777777" w:rsidR="00675DA5" w:rsidRDefault="003847AD">
            <w:pPr>
              <w:jc w:val="center"/>
            </w:pPr>
            <w:r>
              <w:rPr>
                <w:sz w:val="17"/>
              </w:rPr>
              <w:t>院內講師費</w:t>
            </w:r>
          </w:p>
        </w:tc>
        <w:tc>
          <w:tcPr>
            <w:tcW w:w="1276" w:type="dxa"/>
            <w:vAlign w:val="center"/>
          </w:tcPr>
          <w:p w14:paraId="1DF929FF" w14:textId="77777777" w:rsidR="00675DA5" w:rsidRDefault="003847AD">
            <w:pPr>
              <w:jc w:val="center"/>
            </w:pPr>
            <w:r>
              <w:rPr>
                <w:sz w:val="17"/>
              </w:rPr>
              <w:t>1,000</w:t>
            </w:r>
          </w:p>
        </w:tc>
        <w:tc>
          <w:tcPr>
            <w:tcW w:w="1134" w:type="dxa"/>
            <w:vAlign w:val="center"/>
          </w:tcPr>
          <w:p w14:paraId="7ACCD4F4" w14:textId="77777777" w:rsidR="00675DA5" w:rsidRDefault="003847AD">
            <w:pPr>
              <w:jc w:val="center"/>
            </w:pPr>
            <w:r>
              <w:rPr>
                <w:sz w:val="17"/>
              </w:rPr>
              <w:t>4</w:t>
            </w:r>
          </w:p>
        </w:tc>
        <w:tc>
          <w:tcPr>
            <w:tcW w:w="1276" w:type="dxa"/>
            <w:vAlign w:val="center"/>
          </w:tcPr>
          <w:p w14:paraId="1F12931F" w14:textId="77777777" w:rsidR="00675DA5" w:rsidRDefault="003847AD">
            <w:pPr>
              <w:jc w:val="center"/>
            </w:pPr>
            <w:r>
              <w:rPr>
                <w:sz w:val="17"/>
              </w:rPr>
              <w:t>4,000</w:t>
            </w:r>
          </w:p>
        </w:tc>
        <w:tc>
          <w:tcPr>
            <w:tcW w:w="3402" w:type="dxa"/>
            <w:vAlign w:val="center"/>
          </w:tcPr>
          <w:p w14:paraId="26A2D71E" w14:textId="77777777" w:rsidR="00675DA5" w:rsidRDefault="003847AD">
            <w:pPr>
              <w:jc w:val="center"/>
            </w:pPr>
            <w:r>
              <w:rPr>
                <w:sz w:val="17"/>
              </w:rPr>
              <w:t>梁雅欽，院內講師</w:t>
            </w:r>
          </w:p>
        </w:tc>
      </w:tr>
      <w:tr w:rsidR="00675DA5" w14:paraId="4919E336" w14:textId="77777777" w:rsidTr="00C85EA7">
        <w:trPr>
          <w:jc w:val="center"/>
        </w:trPr>
        <w:tc>
          <w:tcPr>
            <w:tcW w:w="1699" w:type="dxa"/>
            <w:vAlign w:val="center"/>
          </w:tcPr>
          <w:p w14:paraId="77FFAF27" w14:textId="77777777" w:rsidR="00675DA5" w:rsidRDefault="00675DA5">
            <w:pPr>
              <w:jc w:val="center"/>
            </w:pPr>
          </w:p>
        </w:tc>
        <w:tc>
          <w:tcPr>
            <w:tcW w:w="1698" w:type="dxa"/>
            <w:vAlign w:val="center"/>
          </w:tcPr>
          <w:p w14:paraId="26EF618E" w14:textId="77777777" w:rsidR="00675DA5" w:rsidRDefault="003847AD">
            <w:pPr>
              <w:jc w:val="center"/>
            </w:pPr>
            <w:r>
              <w:rPr>
                <w:sz w:val="17"/>
              </w:rPr>
              <w:t>助教費</w:t>
            </w:r>
          </w:p>
        </w:tc>
        <w:tc>
          <w:tcPr>
            <w:tcW w:w="1276" w:type="dxa"/>
            <w:vAlign w:val="center"/>
          </w:tcPr>
          <w:p w14:paraId="487E5E20" w14:textId="77777777" w:rsidR="00675DA5" w:rsidRDefault="003847AD">
            <w:pPr>
              <w:jc w:val="center"/>
            </w:pPr>
            <w:r>
              <w:rPr>
                <w:sz w:val="17"/>
              </w:rPr>
              <w:t>500</w:t>
            </w:r>
          </w:p>
        </w:tc>
        <w:tc>
          <w:tcPr>
            <w:tcW w:w="1134" w:type="dxa"/>
            <w:vAlign w:val="center"/>
          </w:tcPr>
          <w:p w14:paraId="32EDCDCA" w14:textId="77777777" w:rsidR="00675DA5" w:rsidRDefault="003847AD">
            <w:pPr>
              <w:jc w:val="center"/>
            </w:pPr>
            <w:r>
              <w:rPr>
                <w:sz w:val="17"/>
              </w:rPr>
              <w:t>3</w:t>
            </w:r>
          </w:p>
        </w:tc>
        <w:tc>
          <w:tcPr>
            <w:tcW w:w="1276" w:type="dxa"/>
            <w:vAlign w:val="center"/>
          </w:tcPr>
          <w:p w14:paraId="67FC81E4" w14:textId="77777777" w:rsidR="00675DA5" w:rsidRDefault="003847AD">
            <w:pPr>
              <w:jc w:val="center"/>
            </w:pPr>
            <w:r>
              <w:rPr>
                <w:sz w:val="17"/>
              </w:rPr>
              <w:t>1,500</w:t>
            </w:r>
          </w:p>
        </w:tc>
        <w:tc>
          <w:tcPr>
            <w:tcW w:w="3402" w:type="dxa"/>
            <w:vAlign w:val="center"/>
          </w:tcPr>
          <w:p w14:paraId="5D0FFAEB" w14:textId="01CED8A4" w:rsidR="00675DA5" w:rsidRDefault="003847AD">
            <w:pPr>
              <w:jc w:val="center"/>
              <w:rPr>
                <w:lang w:eastAsia="zh-TW"/>
              </w:rPr>
            </w:pPr>
            <w:r>
              <w:rPr>
                <w:sz w:val="17"/>
                <w:lang w:eastAsia="zh-TW"/>
              </w:rPr>
              <w:t>助教3名</w:t>
            </w:r>
            <w:r w:rsidR="00C85EA7">
              <w:rPr>
                <w:rFonts w:hint="eastAsia"/>
                <w:sz w:val="17"/>
                <w:lang w:eastAsia="zh-TW"/>
              </w:rPr>
              <w:t>(</w:t>
            </w:r>
            <w:r w:rsidR="00957DAA">
              <w:rPr>
                <w:rFonts w:hint="eastAsia"/>
                <w:sz w:val="17"/>
                <w:lang w:eastAsia="zh-TW"/>
              </w:rPr>
              <w:t>蘇珊、</w:t>
            </w:r>
            <w:proofErr w:type="gramStart"/>
            <w:r w:rsidR="00957DAA">
              <w:rPr>
                <w:rFonts w:hint="eastAsia"/>
                <w:sz w:val="17"/>
                <w:lang w:eastAsia="zh-TW"/>
              </w:rPr>
              <w:t>怡婷</w:t>
            </w:r>
            <w:proofErr w:type="gramEnd"/>
            <w:r w:rsidR="00957DAA">
              <w:rPr>
                <w:rFonts w:hint="eastAsia"/>
                <w:sz w:val="17"/>
                <w:lang w:eastAsia="zh-TW"/>
              </w:rPr>
              <w:t>、NP</w:t>
            </w:r>
            <w:r w:rsidR="00C85EA7">
              <w:rPr>
                <w:rFonts w:hint="eastAsia"/>
                <w:sz w:val="17"/>
                <w:lang w:eastAsia="zh-TW"/>
              </w:rPr>
              <w:t>)</w:t>
            </w:r>
          </w:p>
        </w:tc>
      </w:tr>
      <w:tr w:rsidR="00675DA5" w14:paraId="1315BA11" w14:textId="77777777" w:rsidTr="00C85EA7">
        <w:trPr>
          <w:jc w:val="center"/>
        </w:trPr>
        <w:tc>
          <w:tcPr>
            <w:tcW w:w="1699" w:type="dxa"/>
            <w:vAlign w:val="center"/>
          </w:tcPr>
          <w:p w14:paraId="012E604B" w14:textId="77777777" w:rsidR="00675DA5" w:rsidRDefault="00675DA5">
            <w:pPr>
              <w:jc w:val="center"/>
              <w:rPr>
                <w:lang w:eastAsia="zh-TW"/>
              </w:rPr>
            </w:pPr>
          </w:p>
        </w:tc>
        <w:tc>
          <w:tcPr>
            <w:tcW w:w="1698" w:type="dxa"/>
            <w:vAlign w:val="center"/>
          </w:tcPr>
          <w:p w14:paraId="6B30D045" w14:textId="77777777" w:rsidR="00675DA5" w:rsidRDefault="003847AD">
            <w:pPr>
              <w:jc w:val="center"/>
            </w:pPr>
            <w:proofErr w:type="spellStart"/>
            <w:r>
              <w:rPr>
                <w:sz w:val="17"/>
              </w:rPr>
              <w:t>餐費</w:t>
            </w:r>
            <w:proofErr w:type="spellEnd"/>
          </w:p>
        </w:tc>
        <w:tc>
          <w:tcPr>
            <w:tcW w:w="1276" w:type="dxa"/>
            <w:vAlign w:val="center"/>
          </w:tcPr>
          <w:p w14:paraId="4AB2DBA8" w14:textId="77777777" w:rsidR="00675DA5" w:rsidRDefault="003847AD">
            <w:pPr>
              <w:jc w:val="center"/>
            </w:pPr>
            <w:r>
              <w:rPr>
                <w:sz w:val="17"/>
              </w:rPr>
              <w:t>120</w:t>
            </w:r>
          </w:p>
        </w:tc>
        <w:tc>
          <w:tcPr>
            <w:tcW w:w="1134" w:type="dxa"/>
            <w:vAlign w:val="center"/>
          </w:tcPr>
          <w:p w14:paraId="4AA19353" w14:textId="77777777" w:rsidR="00675DA5" w:rsidRDefault="003847AD">
            <w:pPr>
              <w:jc w:val="center"/>
            </w:pPr>
            <w:r>
              <w:rPr>
                <w:sz w:val="17"/>
              </w:rPr>
              <w:t>45</w:t>
            </w:r>
          </w:p>
        </w:tc>
        <w:tc>
          <w:tcPr>
            <w:tcW w:w="1276" w:type="dxa"/>
            <w:vAlign w:val="center"/>
          </w:tcPr>
          <w:p w14:paraId="339DA215" w14:textId="77777777" w:rsidR="00675DA5" w:rsidRDefault="003847AD">
            <w:pPr>
              <w:jc w:val="center"/>
            </w:pPr>
            <w:r>
              <w:rPr>
                <w:sz w:val="17"/>
              </w:rPr>
              <w:t>5,400</w:t>
            </w:r>
          </w:p>
        </w:tc>
        <w:tc>
          <w:tcPr>
            <w:tcW w:w="3402" w:type="dxa"/>
            <w:vAlign w:val="center"/>
          </w:tcPr>
          <w:p w14:paraId="415FCBAE" w14:textId="77777777" w:rsidR="00675DA5" w:rsidRDefault="003847AD">
            <w:pPr>
              <w:jc w:val="center"/>
              <w:rPr>
                <w:lang w:eastAsia="zh-TW"/>
              </w:rPr>
            </w:pPr>
            <w:r>
              <w:rPr>
                <w:sz w:val="17"/>
                <w:lang w:eastAsia="zh-TW"/>
              </w:rPr>
              <w:t>40名學員、2名講師、3名助教</w:t>
            </w:r>
          </w:p>
        </w:tc>
      </w:tr>
      <w:tr w:rsidR="00675DA5" w14:paraId="7C55582F" w14:textId="77777777" w:rsidTr="00C85EA7">
        <w:trPr>
          <w:jc w:val="center"/>
        </w:trPr>
        <w:tc>
          <w:tcPr>
            <w:tcW w:w="1699" w:type="dxa"/>
            <w:shd w:val="clear" w:color="auto" w:fill="D9D9D9" w:themeFill="background1" w:themeFillShade="D9"/>
            <w:vAlign w:val="center"/>
          </w:tcPr>
          <w:p w14:paraId="438FC836" w14:textId="6D9991B8" w:rsidR="00675DA5" w:rsidRDefault="003847AD">
            <w:pPr>
              <w:jc w:val="center"/>
            </w:pPr>
            <w:r>
              <w:rPr>
                <w:sz w:val="17"/>
              </w:rPr>
              <w:t>11</w:t>
            </w:r>
            <w:r w:rsidR="00307EA9">
              <w:rPr>
                <w:rFonts w:hint="eastAsia"/>
                <w:sz w:val="17"/>
                <w:lang w:eastAsia="zh-TW"/>
              </w:rPr>
              <w:t>/10</w:t>
            </w:r>
            <w:r w:rsidR="00307EA9"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Workshop上午</w:t>
            </w:r>
            <w:proofErr w:type="spellEnd"/>
          </w:p>
        </w:tc>
        <w:tc>
          <w:tcPr>
            <w:tcW w:w="1698" w:type="dxa"/>
            <w:shd w:val="clear" w:color="auto" w:fill="D9D9D9" w:themeFill="background1" w:themeFillShade="D9"/>
            <w:vAlign w:val="center"/>
          </w:tcPr>
          <w:p w14:paraId="7E0095A2" w14:textId="420BBE22" w:rsidR="00675DA5" w:rsidRDefault="003847AD">
            <w:pPr>
              <w:jc w:val="center"/>
            </w:pPr>
            <w:r>
              <w:rPr>
                <w:sz w:val="17"/>
              </w:rPr>
              <w:t>院</w:t>
            </w:r>
            <w:r w:rsidR="00307EA9" w:rsidRPr="00307EA9">
              <w:rPr>
                <w:rFonts w:hint="eastAsia"/>
                <w:color w:val="FF0000"/>
                <w:sz w:val="17"/>
                <w:lang w:eastAsia="zh-TW"/>
              </w:rPr>
              <w:t>外</w:t>
            </w:r>
            <w:r w:rsidR="00142E19">
              <w:rPr>
                <w:rFonts w:hint="eastAsia"/>
                <w:sz w:val="17"/>
                <w:lang w:eastAsia="zh-TW"/>
              </w:rPr>
              <w:t>講師費</w:t>
            </w:r>
          </w:p>
        </w:tc>
        <w:tc>
          <w:tcPr>
            <w:tcW w:w="1276" w:type="dxa"/>
            <w:shd w:val="clear" w:color="auto" w:fill="D9D9D9" w:themeFill="background1" w:themeFillShade="D9"/>
            <w:vAlign w:val="center"/>
          </w:tcPr>
          <w:p w14:paraId="777955C5" w14:textId="2548145E" w:rsidR="00675DA5" w:rsidRDefault="00307EA9">
            <w:pPr>
              <w:jc w:val="center"/>
            </w:pPr>
            <w:r w:rsidRPr="00307EA9">
              <w:rPr>
                <w:rFonts w:hint="eastAsia"/>
                <w:color w:val="FF0000"/>
                <w:sz w:val="17"/>
                <w:lang w:eastAsia="zh-TW"/>
              </w:rPr>
              <w:t>2</w:t>
            </w:r>
            <w:r w:rsidR="003847AD" w:rsidRPr="00307EA9">
              <w:rPr>
                <w:color w:val="FF0000"/>
                <w:sz w:val="17"/>
              </w:rPr>
              <w:t>,000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14:paraId="04DC5264" w14:textId="58700982" w:rsidR="00675DA5" w:rsidRDefault="00307EA9">
            <w:pPr>
              <w:jc w:val="center"/>
            </w:pPr>
            <w:r w:rsidRPr="00307EA9">
              <w:rPr>
                <w:rFonts w:hint="eastAsia"/>
                <w:color w:val="FF0000"/>
                <w:sz w:val="17"/>
                <w:lang w:eastAsia="zh-TW"/>
              </w:rPr>
              <w:t>2</w:t>
            </w:r>
          </w:p>
        </w:tc>
        <w:tc>
          <w:tcPr>
            <w:tcW w:w="1276" w:type="dxa"/>
            <w:shd w:val="clear" w:color="auto" w:fill="D9D9D9" w:themeFill="background1" w:themeFillShade="D9"/>
            <w:vAlign w:val="center"/>
          </w:tcPr>
          <w:p w14:paraId="1351887E" w14:textId="77777777" w:rsidR="00675DA5" w:rsidRDefault="003847AD">
            <w:pPr>
              <w:jc w:val="center"/>
            </w:pPr>
            <w:r>
              <w:rPr>
                <w:sz w:val="17"/>
              </w:rPr>
              <w:t>4,000</w:t>
            </w:r>
          </w:p>
        </w:tc>
        <w:tc>
          <w:tcPr>
            <w:tcW w:w="3402" w:type="dxa"/>
            <w:shd w:val="clear" w:color="auto" w:fill="D9D9D9" w:themeFill="background1" w:themeFillShade="D9"/>
            <w:vAlign w:val="center"/>
          </w:tcPr>
          <w:p w14:paraId="39EE0C29" w14:textId="267392E7" w:rsidR="00675DA5" w:rsidRDefault="00307EA9">
            <w:pPr>
              <w:jc w:val="center"/>
            </w:pPr>
            <w:r w:rsidRPr="00307EA9">
              <w:rPr>
                <w:rFonts w:hint="eastAsia"/>
                <w:color w:val="FF0000"/>
                <w:sz w:val="17"/>
                <w:lang w:eastAsia="zh-TW"/>
              </w:rPr>
              <w:t>1</w:t>
            </w:r>
            <w:r w:rsidR="003847AD" w:rsidRPr="00307EA9">
              <w:rPr>
                <w:color w:val="FF0000"/>
                <w:sz w:val="17"/>
              </w:rPr>
              <w:t>名院</w:t>
            </w:r>
            <w:r w:rsidRPr="00307EA9">
              <w:rPr>
                <w:rFonts w:hint="eastAsia"/>
                <w:color w:val="FF0000"/>
                <w:sz w:val="17"/>
                <w:lang w:eastAsia="zh-TW"/>
              </w:rPr>
              <w:t>外</w:t>
            </w:r>
            <w:r w:rsidR="003847AD" w:rsidRPr="00307EA9">
              <w:rPr>
                <w:color w:val="FF0000"/>
                <w:sz w:val="17"/>
              </w:rPr>
              <w:t>教官，</w:t>
            </w:r>
            <w:r w:rsidRPr="00307EA9">
              <w:rPr>
                <w:rFonts w:hint="eastAsia"/>
                <w:color w:val="FF0000"/>
                <w:sz w:val="17"/>
                <w:lang w:eastAsia="zh-TW"/>
              </w:rPr>
              <w:t>共</w:t>
            </w:r>
            <w:r w:rsidR="003847AD" w:rsidRPr="00307EA9">
              <w:rPr>
                <w:color w:val="FF0000"/>
                <w:sz w:val="17"/>
              </w:rPr>
              <w:t>2小時</w:t>
            </w:r>
          </w:p>
        </w:tc>
      </w:tr>
      <w:tr w:rsidR="00675DA5" w14:paraId="6C7F62AE" w14:textId="77777777" w:rsidTr="00C85EA7">
        <w:trPr>
          <w:jc w:val="center"/>
        </w:trPr>
        <w:tc>
          <w:tcPr>
            <w:tcW w:w="1699" w:type="dxa"/>
            <w:shd w:val="clear" w:color="auto" w:fill="D9D9D9" w:themeFill="background1" w:themeFillShade="D9"/>
            <w:vAlign w:val="center"/>
          </w:tcPr>
          <w:p w14:paraId="7124F45D" w14:textId="77777777" w:rsidR="00675DA5" w:rsidRDefault="00675DA5">
            <w:pPr>
              <w:jc w:val="center"/>
            </w:pPr>
          </w:p>
        </w:tc>
        <w:tc>
          <w:tcPr>
            <w:tcW w:w="1698" w:type="dxa"/>
            <w:shd w:val="clear" w:color="auto" w:fill="D9D9D9" w:themeFill="background1" w:themeFillShade="D9"/>
            <w:vAlign w:val="center"/>
          </w:tcPr>
          <w:p w14:paraId="31BF8634" w14:textId="77777777" w:rsidR="00675DA5" w:rsidRDefault="003847AD">
            <w:pPr>
              <w:jc w:val="center"/>
            </w:pPr>
            <w:r>
              <w:rPr>
                <w:sz w:val="17"/>
              </w:rPr>
              <w:t>助教費</w:t>
            </w:r>
          </w:p>
        </w:tc>
        <w:tc>
          <w:tcPr>
            <w:tcW w:w="1276" w:type="dxa"/>
            <w:shd w:val="clear" w:color="auto" w:fill="D9D9D9" w:themeFill="background1" w:themeFillShade="D9"/>
            <w:vAlign w:val="center"/>
          </w:tcPr>
          <w:p w14:paraId="1B8C3A75" w14:textId="77777777" w:rsidR="00675DA5" w:rsidRDefault="003847AD">
            <w:pPr>
              <w:jc w:val="center"/>
            </w:pPr>
            <w:r>
              <w:rPr>
                <w:sz w:val="17"/>
              </w:rPr>
              <w:t>500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14:paraId="6DAB4B81" w14:textId="77777777" w:rsidR="00675DA5" w:rsidRDefault="003847AD">
            <w:pPr>
              <w:jc w:val="center"/>
            </w:pPr>
            <w:r>
              <w:rPr>
                <w:sz w:val="17"/>
              </w:rPr>
              <w:t>2</w:t>
            </w:r>
          </w:p>
        </w:tc>
        <w:tc>
          <w:tcPr>
            <w:tcW w:w="1276" w:type="dxa"/>
            <w:shd w:val="clear" w:color="auto" w:fill="D9D9D9" w:themeFill="background1" w:themeFillShade="D9"/>
            <w:vAlign w:val="center"/>
          </w:tcPr>
          <w:p w14:paraId="5F7C8C1F" w14:textId="77777777" w:rsidR="00675DA5" w:rsidRDefault="003847AD">
            <w:pPr>
              <w:jc w:val="center"/>
            </w:pPr>
            <w:r>
              <w:rPr>
                <w:sz w:val="17"/>
              </w:rPr>
              <w:t>1,000</w:t>
            </w:r>
          </w:p>
        </w:tc>
        <w:tc>
          <w:tcPr>
            <w:tcW w:w="3402" w:type="dxa"/>
            <w:shd w:val="clear" w:color="auto" w:fill="D9D9D9" w:themeFill="background1" w:themeFillShade="D9"/>
            <w:vAlign w:val="center"/>
          </w:tcPr>
          <w:p w14:paraId="48186FA2" w14:textId="161369C5" w:rsidR="00675DA5" w:rsidRDefault="003847AD">
            <w:pPr>
              <w:jc w:val="center"/>
            </w:pPr>
            <w:r>
              <w:rPr>
                <w:sz w:val="17"/>
              </w:rPr>
              <w:t>助教2名</w:t>
            </w:r>
            <w:r w:rsidR="00C85EA7">
              <w:rPr>
                <w:rFonts w:hint="eastAsia"/>
                <w:sz w:val="17"/>
                <w:lang w:eastAsia="zh-TW"/>
              </w:rPr>
              <w:t>(蘇珊、</w:t>
            </w:r>
            <w:proofErr w:type="gramStart"/>
            <w:r w:rsidR="00C85EA7">
              <w:rPr>
                <w:rFonts w:hint="eastAsia"/>
                <w:sz w:val="17"/>
                <w:lang w:eastAsia="zh-TW"/>
              </w:rPr>
              <w:t>怡婷</w:t>
            </w:r>
            <w:proofErr w:type="gramEnd"/>
            <w:r w:rsidR="00C85EA7">
              <w:rPr>
                <w:rFonts w:hint="eastAsia"/>
                <w:sz w:val="17"/>
                <w:lang w:eastAsia="zh-TW"/>
              </w:rPr>
              <w:t>)</w:t>
            </w:r>
          </w:p>
        </w:tc>
      </w:tr>
      <w:tr w:rsidR="00675DA5" w14:paraId="06BBEE88" w14:textId="77777777" w:rsidTr="00C85EA7">
        <w:trPr>
          <w:jc w:val="center"/>
        </w:trPr>
        <w:tc>
          <w:tcPr>
            <w:tcW w:w="1699" w:type="dxa"/>
            <w:shd w:val="clear" w:color="auto" w:fill="D9D9D9" w:themeFill="background1" w:themeFillShade="D9"/>
            <w:vAlign w:val="center"/>
          </w:tcPr>
          <w:p w14:paraId="6DF99C54" w14:textId="06372747" w:rsidR="00675DA5" w:rsidRDefault="003847AD">
            <w:pPr>
              <w:jc w:val="center"/>
            </w:pPr>
            <w:r>
              <w:rPr>
                <w:sz w:val="17"/>
              </w:rPr>
              <w:t>11</w:t>
            </w:r>
            <w:r w:rsidR="00307EA9">
              <w:rPr>
                <w:rFonts w:hint="eastAsia"/>
                <w:sz w:val="17"/>
                <w:lang w:eastAsia="zh-TW"/>
              </w:rPr>
              <w:t>/10</w:t>
            </w:r>
            <w:r w:rsidR="00307EA9"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Workshop下午</w:t>
            </w:r>
            <w:proofErr w:type="spellEnd"/>
          </w:p>
        </w:tc>
        <w:tc>
          <w:tcPr>
            <w:tcW w:w="1698" w:type="dxa"/>
            <w:shd w:val="clear" w:color="auto" w:fill="D9D9D9" w:themeFill="background1" w:themeFillShade="D9"/>
            <w:vAlign w:val="center"/>
          </w:tcPr>
          <w:p w14:paraId="1BEF2ABE" w14:textId="63BB3932" w:rsidR="00675DA5" w:rsidRDefault="003847AD">
            <w:pPr>
              <w:jc w:val="center"/>
            </w:pPr>
            <w:proofErr w:type="spellStart"/>
            <w:r>
              <w:rPr>
                <w:sz w:val="17"/>
              </w:rPr>
              <w:t>院內</w:t>
            </w:r>
            <w:proofErr w:type="spellEnd"/>
            <w:r w:rsidR="00142E19">
              <w:rPr>
                <w:rFonts w:hint="eastAsia"/>
                <w:sz w:val="17"/>
                <w:lang w:eastAsia="zh-TW"/>
              </w:rPr>
              <w:t>講師費</w:t>
            </w:r>
          </w:p>
        </w:tc>
        <w:tc>
          <w:tcPr>
            <w:tcW w:w="1276" w:type="dxa"/>
            <w:shd w:val="clear" w:color="auto" w:fill="D9D9D9" w:themeFill="background1" w:themeFillShade="D9"/>
            <w:vAlign w:val="center"/>
          </w:tcPr>
          <w:p w14:paraId="414787FA" w14:textId="77777777" w:rsidR="00675DA5" w:rsidRDefault="003847AD">
            <w:pPr>
              <w:jc w:val="center"/>
            </w:pPr>
            <w:r>
              <w:rPr>
                <w:sz w:val="17"/>
              </w:rPr>
              <w:t>1,000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14:paraId="70384A33" w14:textId="77777777" w:rsidR="00675DA5" w:rsidRDefault="003847AD">
            <w:pPr>
              <w:jc w:val="center"/>
            </w:pPr>
            <w:r>
              <w:rPr>
                <w:sz w:val="17"/>
              </w:rPr>
              <w:t>4</w:t>
            </w:r>
          </w:p>
        </w:tc>
        <w:tc>
          <w:tcPr>
            <w:tcW w:w="1276" w:type="dxa"/>
            <w:shd w:val="clear" w:color="auto" w:fill="D9D9D9" w:themeFill="background1" w:themeFillShade="D9"/>
            <w:vAlign w:val="center"/>
          </w:tcPr>
          <w:p w14:paraId="3A837233" w14:textId="77777777" w:rsidR="00675DA5" w:rsidRDefault="003847AD">
            <w:pPr>
              <w:jc w:val="center"/>
            </w:pPr>
            <w:r>
              <w:rPr>
                <w:sz w:val="17"/>
              </w:rPr>
              <w:t>4,000</w:t>
            </w:r>
          </w:p>
        </w:tc>
        <w:tc>
          <w:tcPr>
            <w:tcW w:w="3402" w:type="dxa"/>
            <w:shd w:val="clear" w:color="auto" w:fill="D9D9D9" w:themeFill="background1" w:themeFillShade="D9"/>
            <w:vAlign w:val="center"/>
          </w:tcPr>
          <w:p w14:paraId="5FC0E91D" w14:textId="25E7CA2B" w:rsidR="00675DA5" w:rsidRDefault="003847AD">
            <w:pPr>
              <w:jc w:val="center"/>
              <w:rPr>
                <w:lang w:eastAsia="zh-TW"/>
              </w:rPr>
            </w:pPr>
            <w:r>
              <w:rPr>
                <w:sz w:val="17"/>
                <w:lang w:eastAsia="zh-TW"/>
              </w:rPr>
              <w:t>2名院內教官，各2小時</w:t>
            </w:r>
            <w:r w:rsidR="00C85EA7">
              <w:rPr>
                <w:rFonts w:hint="eastAsia"/>
                <w:sz w:val="17"/>
                <w:lang w:eastAsia="zh-TW"/>
              </w:rPr>
              <w:t>(洪主任、</w:t>
            </w:r>
            <w:proofErr w:type="gramStart"/>
            <w:r w:rsidR="00C85EA7">
              <w:rPr>
                <w:sz w:val="17"/>
                <w:lang w:eastAsia="zh-TW"/>
              </w:rPr>
              <w:t>’</w:t>
            </w:r>
            <w:proofErr w:type="gramEnd"/>
            <w:r w:rsidR="00C85EA7">
              <w:rPr>
                <w:rFonts w:hint="eastAsia"/>
                <w:sz w:val="17"/>
                <w:lang w:eastAsia="zh-TW"/>
              </w:rPr>
              <w:t>當天教學班)</w:t>
            </w:r>
          </w:p>
        </w:tc>
      </w:tr>
      <w:tr w:rsidR="00675DA5" w14:paraId="19493077" w14:textId="77777777" w:rsidTr="00C85EA7">
        <w:trPr>
          <w:jc w:val="center"/>
        </w:trPr>
        <w:tc>
          <w:tcPr>
            <w:tcW w:w="1699" w:type="dxa"/>
            <w:shd w:val="clear" w:color="auto" w:fill="D9D9D9" w:themeFill="background1" w:themeFillShade="D9"/>
            <w:vAlign w:val="center"/>
          </w:tcPr>
          <w:p w14:paraId="72BA8795" w14:textId="77777777" w:rsidR="00675DA5" w:rsidRDefault="00675DA5">
            <w:pPr>
              <w:jc w:val="center"/>
              <w:rPr>
                <w:lang w:eastAsia="zh-TW"/>
              </w:rPr>
            </w:pPr>
          </w:p>
        </w:tc>
        <w:tc>
          <w:tcPr>
            <w:tcW w:w="1698" w:type="dxa"/>
            <w:shd w:val="clear" w:color="auto" w:fill="D9D9D9" w:themeFill="background1" w:themeFillShade="D9"/>
            <w:vAlign w:val="center"/>
          </w:tcPr>
          <w:p w14:paraId="78F05776" w14:textId="77777777" w:rsidR="00675DA5" w:rsidRDefault="003847AD">
            <w:pPr>
              <w:jc w:val="center"/>
            </w:pPr>
            <w:proofErr w:type="spellStart"/>
            <w:r>
              <w:rPr>
                <w:sz w:val="17"/>
              </w:rPr>
              <w:t>助教費</w:t>
            </w:r>
            <w:proofErr w:type="spellEnd"/>
          </w:p>
        </w:tc>
        <w:tc>
          <w:tcPr>
            <w:tcW w:w="1276" w:type="dxa"/>
            <w:shd w:val="clear" w:color="auto" w:fill="D9D9D9" w:themeFill="background1" w:themeFillShade="D9"/>
            <w:vAlign w:val="center"/>
          </w:tcPr>
          <w:p w14:paraId="37583F48" w14:textId="77777777" w:rsidR="00675DA5" w:rsidRDefault="003847AD">
            <w:pPr>
              <w:jc w:val="center"/>
            </w:pPr>
            <w:r>
              <w:rPr>
                <w:sz w:val="17"/>
              </w:rPr>
              <w:t>500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14:paraId="4F8078E8" w14:textId="77777777" w:rsidR="00675DA5" w:rsidRDefault="003847AD">
            <w:pPr>
              <w:jc w:val="center"/>
            </w:pPr>
            <w:r>
              <w:rPr>
                <w:sz w:val="17"/>
              </w:rPr>
              <w:t>2</w:t>
            </w:r>
          </w:p>
        </w:tc>
        <w:tc>
          <w:tcPr>
            <w:tcW w:w="1276" w:type="dxa"/>
            <w:shd w:val="clear" w:color="auto" w:fill="D9D9D9" w:themeFill="background1" w:themeFillShade="D9"/>
            <w:vAlign w:val="center"/>
          </w:tcPr>
          <w:p w14:paraId="0EAB4EA0" w14:textId="77777777" w:rsidR="00675DA5" w:rsidRDefault="003847AD">
            <w:pPr>
              <w:jc w:val="center"/>
            </w:pPr>
            <w:r>
              <w:rPr>
                <w:sz w:val="17"/>
              </w:rPr>
              <w:t>1,000</w:t>
            </w:r>
          </w:p>
        </w:tc>
        <w:tc>
          <w:tcPr>
            <w:tcW w:w="3402" w:type="dxa"/>
            <w:shd w:val="clear" w:color="auto" w:fill="D9D9D9" w:themeFill="background1" w:themeFillShade="D9"/>
            <w:vAlign w:val="center"/>
          </w:tcPr>
          <w:p w14:paraId="5CF40AA4" w14:textId="2AEF49F8" w:rsidR="00675DA5" w:rsidRDefault="003847AD">
            <w:pPr>
              <w:jc w:val="center"/>
            </w:pPr>
            <w:r>
              <w:rPr>
                <w:sz w:val="17"/>
              </w:rPr>
              <w:t>助教2名</w:t>
            </w:r>
            <w:r w:rsidR="00C85EA7">
              <w:rPr>
                <w:rFonts w:hint="eastAsia"/>
                <w:sz w:val="17"/>
                <w:lang w:eastAsia="zh-TW"/>
              </w:rPr>
              <w:t>(書</w:t>
            </w:r>
            <w:proofErr w:type="gramStart"/>
            <w:r w:rsidR="00C85EA7">
              <w:rPr>
                <w:rFonts w:hint="eastAsia"/>
                <w:sz w:val="17"/>
                <w:lang w:eastAsia="zh-TW"/>
              </w:rPr>
              <w:t>陞</w:t>
            </w:r>
            <w:proofErr w:type="gramEnd"/>
            <w:r w:rsidR="00C85EA7">
              <w:rPr>
                <w:rFonts w:hint="eastAsia"/>
                <w:sz w:val="17"/>
                <w:lang w:eastAsia="zh-TW"/>
              </w:rPr>
              <w:t>、</w:t>
            </w:r>
            <w:proofErr w:type="gramStart"/>
            <w:r w:rsidR="00C85EA7">
              <w:rPr>
                <w:rFonts w:hint="eastAsia"/>
                <w:sz w:val="17"/>
                <w:lang w:eastAsia="zh-TW"/>
              </w:rPr>
              <w:t>軒楷</w:t>
            </w:r>
            <w:proofErr w:type="gramEnd"/>
            <w:r w:rsidR="00C85EA7">
              <w:rPr>
                <w:rFonts w:hint="eastAsia"/>
                <w:sz w:val="17"/>
                <w:lang w:eastAsia="zh-TW"/>
              </w:rPr>
              <w:t>)</w:t>
            </w:r>
          </w:p>
        </w:tc>
      </w:tr>
      <w:tr w:rsidR="00675DA5" w14:paraId="1F315946" w14:textId="77777777" w:rsidTr="00C85EA7">
        <w:trPr>
          <w:jc w:val="center"/>
        </w:trPr>
        <w:tc>
          <w:tcPr>
            <w:tcW w:w="1699" w:type="dxa"/>
            <w:shd w:val="clear" w:color="auto" w:fill="D9D9D9" w:themeFill="background1" w:themeFillShade="D9"/>
            <w:vAlign w:val="center"/>
          </w:tcPr>
          <w:p w14:paraId="27D4F483" w14:textId="57A90F80" w:rsidR="00675DA5" w:rsidRDefault="003847AD">
            <w:pPr>
              <w:jc w:val="center"/>
            </w:pPr>
            <w:r>
              <w:rPr>
                <w:sz w:val="17"/>
              </w:rPr>
              <w:t>11</w:t>
            </w:r>
            <w:r w:rsidR="00307EA9">
              <w:rPr>
                <w:rFonts w:hint="eastAsia"/>
                <w:sz w:val="17"/>
                <w:lang w:eastAsia="zh-TW"/>
              </w:rPr>
              <w:t xml:space="preserve">/10 </w:t>
            </w:r>
            <w:r>
              <w:rPr>
                <w:sz w:val="17"/>
              </w:rPr>
              <w:t>Workshop</w:t>
            </w:r>
          </w:p>
        </w:tc>
        <w:tc>
          <w:tcPr>
            <w:tcW w:w="1698" w:type="dxa"/>
            <w:shd w:val="clear" w:color="auto" w:fill="D9D9D9" w:themeFill="background1" w:themeFillShade="D9"/>
            <w:vAlign w:val="center"/>
          </w:tcPr>
          <w:p w14:paraId="2FB510AB" w14:textId="77777777" w:rsidR="00675DA5" w:rsidRDefault="003847AD">
            <w:pPr>
              <w:jc w:val="center"/>
            </w:pPr>
            <w:r>
              <w:rPr>
                <w:sz w:val="17"/>
              </w:rPr>
              <w:t>餐費</w:t>
            </w:r>
          </w:p>
        </w:tc>
        <w:tc>
          <w:tcPr>
            <w:tcW w:w="1276" w:type="dxa"/>
            <w:shd w:val="clear" w:color="auto" w:fill="D9D9D9" w:themeFill="background1" w:themeFillShade="D9"/>
            <w:vAlign w:val="center"/>
          </w:tcPr>
          <w:p w14:paraId="504D4A1C" w14:textId="77777777" w:rsidR="00675DA5" w:rsidRDefault="003847AD">
            <w:pPr>
              <w:jc w:val="center"/>
            </w:pPr>
            <w:r>
              <w:rPr>
                <w:sz w:val="17"/>
              </w:rPr>
              <w:t>120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14:paraId="4020F3C8" w14:textId="77777777" w:rsidR="00675DA5" w:rsidRDefault="003847AD">
            <w:pPr>
              <w:jc w:val="center"/>
            </w:pPr>
            <w:r>
              <w:rPr>
                <w:sz w:val="17"/>
              </w:rPr>
              <w:t>18</w:t>
            </w:r>
          </w:p>
        </w:tc>
        <w:tc>
          <w:tcPr>
            <w:tcW w:w="1276" w:type="dxa"/>
            <w:shd w:val="clear" w:color="auto" w:fill="D9D9D9" w:themeFill="background1" w:themeFillShade="D9"/>
            <w:vAlign w:val="center"/>
          </w:tcPr>
          <w:p w14:paraId="4B3510CE" w14:textId="77777777" w:rsidR="00675DA5" w:rsidRDefault="003847AD">
            <w:pPr>
              <w:jc w:val="center"/>
            </w:pPr>
            <w:r>
              <w:rPr>
                <w:sz w:val="17"/>
              </w:rPr>
              <w:t>2,160</w:t>
            </w:r>
          </w:p>
        </w:tc>
        <w:tc>
          <w:tcPr>
            <w:tcW w:w="3402" w:type="dxa"/>
            <w:shd w:val="clear" w:color="auto" w:fill="D9D9D9" w:themeFill="background1" w:themeFillShade="D9"/>
            <w:vAlign w:val="center"/>
          </w:tcPr>
          <w:p w14:paraId="4DD27DCF" w14:textId="77777777" w:rsidR="00675DA5" w:rsidRDefault="003847AD">
            <w:pPr>
              <w:jc w:val="center"/>
              <w:rPr>
                <w:lang w:eastAsia="zh-TW"/>
              </w:rPr>
            </w:pPr>
            <w:r>
              <w:rPr>
                <w:sz w:val="17"/>
                <w:lang w:eastAsia="zh-TW"/>
              </w:rPr>
              <w:t>依當日最高14名學員、2名教官、2名助教估列</w:t>
            </w:r>
          </w:p>
        </w:tc>
      </w:tr>
      <w:tr w:rsidR="00675DA5" w14:paraId="2D4B889E" w14:textId="77777777" w:rsidTr="00C85EA7">
        <w:trPr>
          <w:jc w:val="center"/>
        </w:trPr>
        <w:tc>
          <w:tcPr>
            <w:tcW w:w="1699" w:type="dxa"/>
            <w:shd w:val="clear" w:color="auto" w:fill="FDE9D9" w:themeFill="accent6" w:themeFillTint="33"/>
            <w:vAlign w:val="center"/>
          </w:tcPr>
          <w:p w14:paraId="433A9B8F" w14:textId="77777777" w:rsidR="00675DA5" w:rsidRDefault="00675DA5">
            <w:pPr>
              <w:jc w:val="center"/>
              <w:rPr>
                <w:lang w:eastAsia="zh-TW"/>
              </w:rPr>
            </w:pPr>
          </w:p>
        </w:tc>
        <w:tc>
          <w:tcPr>
            <w:tcW w:w="1698" w:type="dxa"/>
            <w:shd w:val="clear" w:color="auto" w:fill="FDE9D9" w:themeFill="accent6" w:themeFillTint="33"/>
            <w:vAlign w:val="center"/>
          </w:tcPr>
          <w:p w14:paraId="3A6EA194" w14:textId="77777777" w:rsidR="00675DA5" w:rsidRDefault="003847AD">
            <w:pPr>
              <w:jc w:val="center"/>
            </w:pPr>
            <w:proofErr w:type="spellStart"/>
            <w:r>
              <w:rPr>
                <w:sz w:val="17"/>
              </w:rPr>
              <w:t>總計</w:t>
            </w:r>
            <w:proofErr w:type="spellEnd"/>
          </w:p>
        </w:tc>
        <w:tc>
          <w:tcPr>
            <w:tcW w:w="1276" w:type="dxa"/>
            <w:shd w:val="clear" w:color="auto" w:fill="FDE9D9" w:themeFill="accent6" w:themeFillTint="33"/>
            <w:vAlign w:val="center"/>
          </w:tcPr>
          <w:p w14:paraId="4139826F" w14:textId="77777777" w:rsidR="00675DA5" w:rsidRDefault="00675DA5">
            <w:pPr>
              <w:jc w:val="center"/>
            </w:pPr>
          </w:p>
        </w:tc>
        <w:tc>
          <w:tcPr>
            <w:tcW w:w="1134" w:type="dxa"/>
            <w:shd w:val="clear" w:color="auto" w:fill="FDE9D9" w:themeFill="accent6" w:themeFillTint="33"/>
            <w:vAlign w:val="center"/>
          </w:tcPr>
          <w:p w14:paraId="564DA3BB" w14:textId="77777777" w:rsidR="00675DA5" w:rsidRDefault="00675DA5">
            <w:pPr>
              <w:jc w:val="center"/>
            </w:pPr>
          </w:p>
        </w:tc>
        <w:tc>
          <w:tcPr>
            <w:tcW w:w="1276" w:type="dxa"/>
            <w:shd w:val="clear" w:color="auto" w:fill="FDE9D9" w:themeFill="accent6" w:themeFillTint="33"/>
            <w:vAlign w:val="center"/>
          </w:tcPr>
          <w:p w14:paraId="7B8F1ABE" w14:textId="77777777" w:rsidR="00675DA5" w:rsidRDefault="003847AD">
            <w:pPr>
              <w:jc w:val="center"/>
            </w:pPr>
            <w:r>
              <w:rPr>
                <w:sz w:val="17"/>
              </w:rPr>
              <w:t>35,980</w:t>
            </w:r>
          </w:p>
        </w:tc>
        <w:tc>
          <w:tcPr>
            <w:tcW w:w="3402" w:type="dxa"/>
            <w:shd w:val="clear" w:color="auto" w:fill="FDE9D9" w:themeFill="accent6" w:themeFillTint="33"/>
            <w:vAlign w:val="center"/>
          </w:tcPr>
          <w:p w14:paraId="3C01D4BF" w14:textId="77777777" w:rsidR="00675DA5" w:rsidRDefault="00675DA5">
            <w:pPr>
              <w:jc w:val="center"/>
            </w:pPr>
          </w:p>
        </w:tc>
      </w:tr>
    </w:tbl>
    <w:p w14:paraId="2BA290CC" w14:textId="77777777" w:rsidR="00675DA5" w:rsidRDefault="003847AD">
      <w:pPr>
        <w:pStyle w:val="1"/>
      </w:pPr>
      <w:proofErr w:type="spellStart"/>
      <w:r>
        <w:t>五、醫院聯絡人</w:t>
      </w:r>
      <w:proofErr w:type="spellEnd"/>
    </w:p>
    <w:p w14:paraId="16999C8E" w14:textId="77777777" w:rsidR="00675DA5" w:rsidRDefault="003847AD">
      <w:pPr>
        <w:rPr>
          <w:lang w:eastAsia="zh-TW"/>
        </w:rPr>
      </w:pPr>
      <w:r>
        <w:rPr>
          <w:lang w:eastAsia="zh-TW"/>
        </w:rPr>
        <w:t>臺北市立聯合醫院中興院區</w:t>
      </w:r>
    </w:p>
    <w:p w14:paraId="1E17C124" w14:textId="185257E5" w:rsidR="00675DA5" w:rsidRDefault="003847AD">
      <w:pPr>
        <w:rPr>
          <w:lang w:eastAsia="zh-TW"/>
        </w:rPr>
      </w:pPr>
      <w:r>
        <w:rPr>
          <w:lang w:eastAsia="zh-TW"/>
        </w:rPr>
        <w:lastRenderedPageBreak/>
        <w:t>聯絡人：</w:t>
      </w:r>
      <w:r w:rsidR="00B7790E">
        <w:rPr>
          <w:rFonts w:hint="eastAsia"/>
          <w:lang w:eastAsia="zh-TW"/>
        </w:rPr>
        <w:t>陳小姐</w:t>
      </w:r>
      <w:r>
        <w:rPr>
          <w:lang w:eastAsia="zh-TW"/>
        </w:rPr>
        <w:t xml:space="preserve">   聯絡電話：</w:t>
      </w:r>
      <w:r w:rsidR="00B7790E">
        <w:rPr>
          <w:rFonts w:hint="eastAsia"/>
          <w:lang w:eastAsia="zh-TW"/>
        </w:rPr>
        <w:t xml:space="preserve"> 0905-210684</w:t>
      </w:r>
    </w:p>
    <w:p w14:paraId="1059357B" w14:textId="57485BE1" w:rsidR="00675DA5" w:rsidRDefault="001F0F77">
      <w:r>
        <w:rPr>
          <w:spacing w:val="-2"/>
        </w:rPr>
        <w:t>電子郵件信箱（E-</w:t>
      </w:r>
      <w:r>
        <w:rPr>
          <w:spacing w:val="18"/>
        </w:rPr>
        <w:t>ma</w:t>
      </w:r>
      <w:r>
        <w:rPr>
          <w:spacing w:val="17"/>
        </w:rPr>
        <w:t>i</w:t>
      </w:r>
      <w:r>
        <w:rPr>
          <w:spacing w:val="18"/>
        </w:rPr>
        <w:t>l</w:t>
      </w:r>
      <w:r>
        <w:rPr>
          <w:spacing w:val="-102"/>
        </w:rPr>
        <w:t>）</w:t>
      </w:r>
      <w:r w:rsidR="003847AD">
        <w:t>：</w:t>
      </w:r>
      <w:r w:rsidR="003847AD" w:rsidRPr="003847AD">
        <w:t>A5738@tpech.gov.tw</w:t>
      </w:r>
    </w:p>
    <w:sectPr w:rsidR="00675DA5" w:rsidSect="00034616">
      <w:pgSz w:w="12240" w:h="15840"/>
      <w:pgMar w:top="964" w:right="1020" w:bottom="964" w:left="10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CD5354" w14:textId="77777777" w:rsidR="00384CCD" w:rsidRDefault="00384CCD" w:rsidP="00B7790E">
      <w:pPr>
        <w:spacing w:after="0" w:line="240" w:lineRule="auto"/>
      </w:pPr>
      <w:r>
        <w:separator/>
      </w:r>
    </w:p>
  </w:endnote>
  <w:endnote w:type="continuationSeparator" w:id="0">
    <w:p w14:paraId="31F47815" w14:textId="77777777" w:rsidR="00384CCD" w:rsidRDefault="00384CCD" w:rsidP="00B779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54DEA3" w14:textId="77777777" w:rsidR="00384CCD" w:rsidRDefault="00384CCD" w:rsidP="00B7790E">
      <w:pPr>
        <w:spacing w:after="0" w:line="240" w:lineRule="auto"/>
      </w:pPr>
      <w:r>
        <w:separator/>
      </w:r>
    </w:p>
  </w:footnote>
  <w:footnote w:type="continuationSeparator" w:id="0">
    <w:p w14:paraId="70B57CEB" w14:textId="77777777" w:rsidR="00384CCD" w:rsidRDefault="00384CCD" w:rsidP="00B7790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656763703">
    <w:abstractNumId w:val="8"/>
  </w:num>
  <w:num w:numId="2" w16cid:durableId="1657296100">
    <w:abstractNumId w:val="6"/>
  </w:num>
  <w:num w:numId="3" w16cid:durableId="1274828910">
    <w:abstractNumId w:val="5"/>
  </w:num>
  <w:num w:numId="4" w16cid:durableId="1420299089">
    <w:abstractNumId w:val="4"/>
  </w:num>
  <w:num w:numId="5" w16cid:durableId="986781614">
    <w:abstractNumId w:val="7"/>
  </w:num>
  <w:num w:numId="6" w16cid:durableId="2116972682">
    <w:abstractNumId w:val="3"/>
  </w:num>
  <w:num w:numId="7" w16cid:durableId="1717508909">
    <w:abstractNumId w:val="2"/>
  </w:num>
  <w:num w:numId="8" w16cid:durableId="1469321923">
    <w:abstractNumId w:val="1"/>
  </w:num>
  <w:num w:numId="9" w16cid:durableId="16747182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B1BE4"/>
    <w:rsid w:val="000D2DC8"/>
    <w:rsid w:val="00100EC1"/>
    <w:rsid w:val="00142E19"/>
    <w:rsid w:val="0015074B"/>
    <w:rsid w:val="00157706"/>
    <w:rsid w:val="001F0F77"/>
    <w:rsid w:val="0029639D"/>
    <w:rsid w:val="00307EA9"/>
    <w:rsid w:val="00326F90"/>
    <w:rsid w:val="003847AD"/>
    <w:rsid w:val="00384CCD"/>
    <w:rsid w:val="003A08C0"/>
    <w:rsid w:val="00437D74"/>
    <w:rsid w:val="0059694F"/>
    <w:rsid w:val="00620B1E"/>
    <w:rsid w:val="00654A59"/>
    <w:rsid w:val="00675DA5"/>
    <w:rsid w:val="006E7A31"/>
    <w:rsid w:val="006F021D"/>
    <w:rsid w:val="007B5F50"/>
    <w:rsid w:val="0086584A"/>
    <w:rsid w:val="00957DAA"/>
    <w:rsid w:val="009C30BA"/>
    <w:rsid w:val="00AA1D8D"/>
    <w:rsid w:val="00AB1A4A"/>
    <w:rsid w:val="00B47730"/>
    <w:rsid w:val="00B7790E"/>
    <w:rsid w:val="00C85EA7"/>
    <w:rsid w:val="00CB0664"/>
    <w:rsid w:val="00D86997"/>
    <w:rsid w:val="00FC693F"/>
    <w:rsid w:val="00FD7D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227FE72C"/>
  <w14:defaultImageDpi w14:val="300"/>
  <w15:docId w15:val="{9233A3E2-663B-4EF8-8F15-838B088C99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微軟正黑體" w:eastAsia="微軟正黑體" w:hAnsi="微軟正黑體"/>
      <w:sz w:val="21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6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頁首 字元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頁尾 字元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標題 1 字元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標題 2 字元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標題 3 字元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標題 字元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副標題 字元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本文 字元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本文 2 字元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本文 3 字元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巨集文字 字元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引文 字元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標題 4 字元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標題 5 字元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標題 6 字元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標題 7 字元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標題 8 字元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標題 9 字元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b">
    <w:name w:val="鮮明引文 字元"/>
    <w:basedOn w:val="a2"/>
    <w:link w:val="afa"/>
    <w:uiPriority w:val="30"/>
    <w:rsid w:val="00FC693F"/>
    <w:rPr>
      <w:b/>
      <w:bCs/>
      <w:i/>
      <w:iCs/>
      <w:color w:val="4F81BD" w:themeColor="accent1"/>
    </w:rPr>
  </w:style>
  <w:style w:type="character" w:styleId="afc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d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e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f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0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1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2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3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4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5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7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8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9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6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7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8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9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451</Words>
  <Characters>2572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3017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陳怡婷(急診科)</cp:lastModifiedBy>
  <cp:revision>2</cp:revision>
  <dcterms:created xsi:type="dcterms:W3CDTF">2026-09-17T04:05:00Z</dcterms:created>
  <dcterms:modified xsi:type="dcterms:W3CDTF">2026-09-17T04:05:00Z</dcterms:modified>
  <cp:category/>
</cp:coreProperties>
</file>